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FFAFBC" w14:textId="7377FC31" w:rsidR="00363DB0" w:rsidRPr="00FA4936" w:rsidRDefault="008F7E36" w:rsidP="00FA4936">
      <w:pPr>
        <w:spacing w:before="2268"/>
        <w:jc w:val="center"/>
        <w:rPr>
          <w:rFonts w:ascii="Georgia" w:hAnsi="Georgia"/>
          <w:b/>
          <w:bCs/>
          <w:i/>
          <w:color w:val="1C304E"/>
          <w:sz w:val="44"/>
          <w:szCs w:val="44"/>
          <w:lang w:val="nl-NL"/>
        </w:rPr>
      </w:pPr>
      <w:proofErr w:type="spellStart"/>
      <w:r w:rsidRPr="00E123C9">
        <w:rPr>
          <w:rFonts w:ascii="Georgia" w:hAnsi="Georgia"/>
          <w:b/>
          <w:color w:val="1C304E"/>
          <w:sz w:val="62"/>
          <w:lang w:val="nl-NL"/>
        </w:rPr>
        <w:t>Uplifting</w:t>
      </w:r>
      <w:proofErr w:type="spellEnd"/>
      <w:r w:rsidRPr="00E123C9">
        <w:rPr>
          <w:rFonts w:ascii="Georgia" w:hAnsi="Georgia"/>
          <w:b/>
          <w:color w:val="1C304E"/>
          <w:sz w:val="62"/>
          <w:lang w:val="nl-NL"/>
        </w:rPr>
        <w:br/>
      </w:r>
      <w:proofErr w:type="spellStart"/>
      <w:r w:rsidRPr="00FA4936">
        <w:rPr>
          <w:rFonts w:ascii="Georgia" w:hAnsi="Georgia"/>
          <w:b/>
          <w:bCs/>
          <w:i/>
          <w:color w:val="1C304E"/>
          <w:sz w:val="44"/>
          <w:szCs w:val="44"/>
          <w:lang w:val="nl-NL"/>
        </w:rPr>
        <w:t>the</w:t>
      </w:r>
      <w:proofErr w:type="spellEnd"/>
      <w:r w:rsidRPr="00FA4936">
        <w:rPr>
          <w:rFonts w:ascii="Georgia" w:hAnsi="Georgia"/>
          <w:b/>
          <w:bCs/>
          <w:i/>
          <w:color w:val="1C304E"/>
          <w:sz w:val="44"/>
          <w:szCs w:val="44"/>
          <w:lang w:val="nl-NL"/>
        </w:rPr>
        <w:t xml:space="preserve"> Soul</w:t>
      </w:r>
      <w:r w:rsidRPr="00E123C9">
        <w:rPr>
          <w:rFonts w:ascii="Georgia" w:hAnsi="Georgia"/>
          <w:i/>
          <w:color w:val="1C304E"/>
          <w:sz w:val="38"/>
          <w:lang w:val="nl-NL"/>
        </w:rPr>
        <w:br/>
      </w:r>
      <w:r w:rsidRPr="00E123C9">
        <w:rPr>
          <w:lang w:val="nl-NL"/>
        </w:rPr>
        <w:br/>
      </w:r>
      <w:r w:rsidRPr="00E123C9">
        <w:rPr>
          <w:lang w:val="nl-NL"/>
        </w:rPr>
        <w:br/>
      </w:r>
      <w:r w:rsidRPr="00E123C9">
        <w:rPr>
          <w:rFonts w:ascii="Georgia" w:hAnsi="Georgia"/>
          <w:i/>
          <w:color w:val="917B66"/>
          <w:sz w:val="22"/>
          <w:lang w:val="nl-NL"/>
        </w:rPr>
        <w:t>Ruimte voor verbinding, groei en bewustwording.</w:t>
      </w:r>
      <w:r w:rsidRPr="00E123C9">
        <w:rPr>
          <w:rFonts w:ascii="Georgia" w:hAnsi="Georgia"/>
          <w:i/>
          <w:color w:val="917B66"/>
          <w:sz w:val="22"/>
          <w:lang w:val="nl-NL"/>
        </w:rPr>
        <w:br/>
      </w:r>
      <w:r w:rsidRPr="00E123C9">
        <w:rPr>
          <w:lang w:val="nl-NL"/>
        </w:rPr>
        <w:br/>
      </w:r>
      <w:r w:rsidRPr="00E123C9">
        <w:rPr>
          <w:lang w:val="nl-NL"/>
        </w:rPr>
        <w:br/>
      </w:r>
      <w:r w:rsidRPr="00E123C9">
        <w:rPr>
          <w:lang w:val="nl-NL"/>
        </w:rPr>
        <w:br/>
      </w:r>
      <w:r w:rsidR="009928B0">
        <w:rPr>
          <w:rFonts w:ascii="Georgia" w:hAnsi="Georgia"/>
          <w:b/>
          <w:color w:val="1C304E"/>
          <w:sz w:val="40"/>
          <w:lang w:val="nl-NL"/>
        </w:rPr>
        <w:t>PRIVACYVERKLARING</w:t>
      </w:r>
      <w:r w:rsidRPr="00E123C9">
        <w:rPr>
          <w:rFonts w:ascii="Georgia" w:hAnsi="Georgia"/>
          <w:b/>
          <w:color w:val="1C304E"/>
          <w:sz w:val="40"/>
          <w:lang w:val="nl-NL"/>
        </w:rPr>
        <w:br/>
      </w:r>
      <w:r w:rsidRPr="00A85B1F">
        <w:rPr>
          <w:rFonts w:ascii="Georgia" w:hAnsi="Georgia"/>
          <w:color w:val="282828"/>
          <w:sz w:val="24"/>
          <w:szCs w:val="24"/>
          <w:lang w:val="nl-NL"/>
        </w:rPr>
        <w:t>Versie 1.0</w:t>
      </w:r>
      <w:r w:rsidRPr="00A85B1F">
        <w:rPr>
          <w:rFonts w:ascii="Georgia" w:hAnsi="Georgia"/>
          <w:color w:val="282828"/>
          <w:sz w:val="24"/>
          <w:szCs w:val="24"/>
          <w:lang w:val="nl-NL"/>
        </w:rPr>
        <w:br/>
      </w:r>
      <w:r w:rsidR="00E123C9" w:rsidRPr="00A85B1F">
        <w:rPr>
          <w:rFonts w:ascii="Georgia" w:hAnsi="Georgia"/>
          <w:color w:val="282828"/>
          <w:sz w:val="24"/>
          <w:szCs w:val="24"/>
          <w:lang w:val="nl-NL"/>
        </w:rPr>
        <w:t>September</w:t>
      </w:r>
      <w:r w:rsidRPr="00A85B1F">
        <w:rPr>
          <w:rFonts w:ascii="Georgia" w:hAnsi="Georgia"/>
          <w:color w:val="282828"/>
          <w:sz w:val="24"/>
          <w:szCs w:val="24"/>
          <w:lang w:val="nl-NL"/>
        </w:rPr>
        <w:t xml:space="preserve"> 2026</w:t>
      </w:r>
    </w:p>
    <w:p w14:paraId="6F1C8D18" w14:textId="77777777" w:rsidR="00D54FC4" w:rsidRDefault="00D54FC4" w:rsidP="00FA4936">
      <w:pPr>
        <w:rPr>
          <w:rFonts w:asciiTheme="majorHAnsi" w:hAnsiTheme="majorHAnsi" w:cstheme="majorHAnsi"/>
          <w:b/>
          <w:bCs/>
          <w:color w:val="1C304E"/>
          <w:sz w:val="32"/>
          <w:szCs w:val="32"/>
          <w:lang w:val="nl-NL"/>
        </w:rPr>
      </w:pPr>
    </w:p>
    <w:p w14:paraId="680981FC" w14:textId="77777777" w:rsidR="00D54FC4" w:rsidRDefault="00D54FC4" w:rsidP="00FA4936">
      <w:pPr>
        <w:rPr>
          <w:rFonts w:asciiTheme="majorHAnsi" w:hAnsiTheme="majorHAnsi" w:cstheme="majorHAnsi"/>
          <w:b/>
          <w:bCs/>
          <w:color w:val="1C304E"/>
          <w:sz w:val="32"/>
          <w:szCs w:val="32"/>
          <w:lang w:val="nl-NL"/>
        </w:rPr>
      </w:pPr>
    </w:p>
    <w:p w14:paraId="745A444C" w14:textId="77777777" w:rsidR="00D54FC4" w:rsidRDefault="00D54FC4" w:rsidP="00FA4936">
      <w:pPr>
        <w:rPr>
          <w:rFonts w:asciiTheme="majorHAnsi" w:hAnsiTheme="majorHAnsi" w:cstheme="majorHAnsi"/>
          <w:b/>
          <w:bCs/>
          <w:color w:val="1C304E"/>
          <w:sz w:val="32"/>
          <w:szCs w:val="32"/>
          <w:lang w:val="nl-NL"/>
        </w:rPr>
      </w:pPr>
    </w:p>
    <w:p w14:paraId="4891A924" w14:textId="77777777" w:rsidR="00D54FC4" w:rsidRDefault="00D54FC4" w:rsidP="00FA4936">
      <w:pPr>
        <w:rPr>
          <w:rFonts w:asciiTheme="majorHAnsi" w:hAnsiTheme="majorHAnsi" w:cstheme="majorHAnsi"/>
          <w:b/>
          <w:bCs/>
          <w:color w:val="1C304E"/>
          <w:sz w:val="32"/>
          <w:szCs w:val="32"/>
          <w:lang w:val="nl-NL"/>
        </w:rPr>
      </w:pPr>
    </w:p>
    <w:p w14:paraId="4049EA00" w14:textId="77777777" w:rsidR="00D54FC4" w:rsidRDefault="00D54FC4" w:rsidP="00FA4936">
      <w:pPr>
        <w:rPr>
          <w:rFonts w:asciiTheme="majorHAnsi" w:hAnsiTheme="majorHAnsi" w:cstheme="majorHAnsi"/>
          <w:b/>
          <w:bCs/>
          <w:color w:val="1C304E"/>
          <w:sz w:val="32"/>
          <w:szCs w:val="32"/>
          <w:lang w:val="nl-NL"/>
        </w:rPr>
      </w:pPr>
    </w:p>
    <w:p w14:paraId="33238021" w14:textId="7D8522F9" w:rsidR="00D54FC4" w:rsidRPr="00A85B1F" w:rsidRDefault="008F7E36" w:rsidP="00D54FC4">
      <w:pPr>
        <w:rPr>
          <w:lang w:val="nl-NL"/>
        </w:rPr>
      </w:pPr>
      <w:r w:rsidRPr="00A85B1F">
        <w:rPr>
          <w:rFonts w:asciiTheme="majorHAnsi" w:hAnsiTheme="majorHAnsi" w:cstheme="majorHAnsi"/>
          <w:b/>
          <w:bCs/>
          <w:color w:val="1C304E"/>
          <w:sz w:val="32"/>
          <w:szCs w:val="32"/>
          <w:lang w:val="nl-NL"/>
        </w:rPr>
        <w:t>Bedrijfsgegevens</w:t>
      </w:r>
      <w:r w:rsidR="00D54FC4" w:rsidRPr="00A85B1F">
        <w:rPr>
          <w:rFonts w:asciiTheme="majorHAnsi" w:hAnsiTheme="majorHAnsi" w:cstheme="majorHAnsi"/>
          <w:b/>
          <w:bCs/>
          <w:color w:val="1C304E"/>
          <w:sz w:val="32"/>
          <w:szCs w:val="32"/>
          <w:lang w:val="nl-NL"/>
        </w:rPr>
        <w:br/>
      </w:r>
      <w:r w:rsidR="00D54FC4" w:rsidRPr="00A85B1F">
        <w:rPr>
          <w:lang w:val="nl-NL"/>
        </w:rPr>
        <w:br/>
      </w:r>
      <w:r w:rsidR="00D54FC4" w:rsidRPr="00A85B1F">
        <w:rPr>
          <w:sz w:val="24"/>
          <w:szCs w:val="24"/>
          <w:lang w:val="nl-NL"/>
        </w:rPr>
        <w:t>Uplifting the Soul</w:t>
      </w:r>
      <w:r w:rsidR="00D54FC4" w:rsidRPr="00A85B1F">
        <w:rPr>
          <w:sz w:val="24"/>
          <w:szCs w:val="24"/>
          <w:lang w:val="nl-NL"/>
        </w:rPr>
        <w:br/>
        <w:t>KvK: 89327756</w:t>
      </w:r>
      <w:r w:rsidR="00D54FC4" w:rsidRPr="00A85B1F">
        <w:rPr>
          <w:sz w:val="24"/>
          <w:szCs w:val="24"/>
          <w:lang w:val="nl-NL"/>
        </w:rPr>
        <w:br/>
        <w:t xml:space="preserve">E-mail: </w:t>
      </w:r>
      <w:hyperlink r:id="rId8" w:history="1">
        <w:r w:rsidR="00D54FC4" w:rsidRPr="00A85B1F">
          <w:rPr>
            <w:rStyle w:val="Hyperlink"/>
            <w:sz w:val="24"/>
            <w:szCs w:val="24"/>
            <w:lang w:val="nl-NL"/>
          </w:rPr>
          <w:t>info@upliftingthesoul.nl</w:t>
        </w:r>
      </w:hyperlink>
      <w:r w:rsidR="00D54FC4" w:rsidRPr="00A85B1F">
        <w:rPr>
          <w:sz w:val="24"/>
          <w:szCs w:val="24"/>
          <w:lang w:val="nl-NL"/>
        </w:rPr>
        <w:br/>
        <w:t>Website: upliftingthesoul.nl</w:t>
      </w:r>
    </w:p>
    <w:p w14:paraId="6739E438" w14:textId="77777777" w:rsidR="001A7AF3" w:rsidRPr="00F924E9" w:rsidRDefault="00D54FC4" w:rsidP="001A7AF3">
      <w:pPr>
        <w:pStyle w:val="Kop1"/>
        <w:rPr>
          <w:rFonts w:ascii="Aptos" w:hAnsi="Aptos"/>
          <w:color w:val="002060"/>
          <w:sz w:val="24"/>
          <w:szCs w:val="24"/>
          <w:lang w:val="nl-NL"/>
        </w:rPr>
      </w:pPr>
      <w:r w:rsidRPr="001A7AF3">
        <w:rPr>
          <w:sz w:val="24"/>
          <w:szCs w:val="24"/>
          <w:lang w:val="nl-NL"/>
        </w:rPr>
        <w:lastRenderedPageBreak/>
        <w:br/>
      </w:r>
      <w:r w:rsidR="001A7AF3" w:rsidRPr="00F924E9">
        <w:rPr>
          <w:rFonts w:ascii="Aptos" w:hAnsi="Aptos"/>
          <w:color w:val="002060"/>
          <w:sz w:val="24"/>
          <w:szCs w:val="24"/>
          <w:lang w:val="nl-NL"/>
        </w:rPr>
        <w:t>1. Inleiding</w:t>
      </w:r>
    </w:p>
    <w:p w14:paraId="32F51E9F" w14:textId="77777777" w:rsidR="001A7AF3" w:rsidRPr="00F924E9" w:rsidRDefault="001A7AF3" w:rsidP="001A7AF3">
      <w:pPr>
        <w:pStyle w:val="Kop1"/>
        <w:rPr>
          <w:rFonts w:ascii="Aptos" w:hAnsi="Aptos"/>
          <w:b w:val="0"/>
          <w:bCs w:val="0"/>
          <w:color w:val="002060"/>
          <w:sz w:val="24"/>
          <w:szCs w:val="24"/>
          <w:lang w:val="nl-NL"/>
        </w:rPr>
      </w:pPr>
      <w:proofErr w:type="spellStart"/>
      <w:r w:rsidRPr="00F924E9">
        <w:rPr>
          <w:rFonts w:ascii="Aptos" w:hAnsi="Aptos"/>
          <w:b w:val="0"/>
          <w:bCs w:val="0"/>
          <w:color w:val="002060"/>
          <w:sz w:val="24"/>
          <w:szCs w:val="24"/>
          <w:lang w:val="nl-NL"/>
        </w:rPr>
        <w:t>Uplifting</w:t>
      </w:r>
      <w:proofErr w:type="spellEnd"/>
      <w:r w:rsidRPr="00F924E9">
        <w:rPr>
          <w:rFonts w:ascii="Aptos" w:hAnsi="Aptos"/>
          <w:b w:val="0"/>
          <w:bCs w:val="0"/>
          <w:color w:val="002060"/>
          <w:sz w:val="24"/>
          <w:szCs w:val="24"/>
          <w:lang w:val="nl-NL"/>
        </w:rPr>
        <w:t xml:space="preserve"> </w:t>
      </w:r>
      <w:proofErr w:type="spellStart"/>
      <w:r w:rsidRPr="00F924E9">
        <w:rPr>
          <w:rFonts w:ascii="Aptos" w:hAnsi="Aptos"/>
          <w:b w:val="0"/>
          <w:bCs w:val="0"/>
          <w:color w:val="002060"/>
          <w:sz w:val="24"/>
          <w:szCs w:val="24"/>
          <w:lang w:val="nl-NL"/>
        </w:rPr>
        <w:t>the</w:t>
      </w:r>
      <w:proofErr w:type="spellEnd"/>
      <w:r w:rsidRPr="00F924E9">
        <w:rPr>
          <w:rFonts w:ascii="Aptos" w:hAnsi="Aptos"/>
          <w:b w:val="0"/>
          <w:bCs w:val="0"/>
          <w:color w:val="002060"/>
          <w:sz w:val="24"/>
          <w:szCs w:val="24"/>
          <w:lang w:val="nl-NL"/>
        </w:rPr>
        <w:t xml:space="preserve"> Soul hecht waarde aan jouw privacy. Wanneer je contact met mij opneemt, een training of sessie boekt of op een andere manier gebruikmaakt van mijn diensten, kan ik persoonsgegevens van je verwerken.</w:t>
      </w:r>
    </w:p>
    <w:p w14:paraId="00A49148" w14:textId="77777777" w:rsidR="001A7AF3" w:rsidRPr="00F924E9" w:rsidRDefault="001A7AF3" w:rsidP="001A7AF3">
      <w:pPr>
        <w:pStyle w:val="Kop1"/>
        <w:rPr>
          <w:rFonts w:ascii="Aptos" w:hAnsi="Aptos"/>
          <w:b w:val="0"/>
          <w:bCs w:val="0"/>
          <w:color w:val="002060"/>
          <w:sz w:val="24"/>
          <w:szCs w:val="24"/>
          <w:lang w:val="nl-NL"/>
        </w:rPr>
      </w:pPr>
      <w:r w:rsidRPr="00F924E9">
        <w:rPr>
          <w:rFonts w:ascii="Aptos" w:hAnsi="Aptos"/>
          <w:b w:val="0"/>
          <w:bCs w:val="0"/>
          <w:color w:val="002060"/>
          <w:sz w:val="24"/>
          <w:szCs w:val="24"/>
          <w:lang w:val="nl-NL"/>
        </w:rPr>
        <w:t>In deze Privacyverklaring leg ik uit welke persoonsgegevens ik kan verwerken, waarom ik dat doe, hoe ik daarmee omga en welke rechten je hebt.</w:t>
      </w:r>
    </w:p>
    <w:p w14:paraId="446630A0" w14:textId="77777777" w:rsidR="001A7AF3" w:rsidRPr="00F924E9" w:rsidRDefault="001A7AF3" w:rsidP="001A7AF3">
      <w:pPr>
        <w:pStyle w:val="Kop1"/>
        <w:rPr>
          <w:rFonts w:ascii="Aptos" w:hAnsi="Aptos"/>
          <w:b w:val="0"/>
          <w:bCs w:val="0"/>
          <w:color w:val="002060"/>
          <w:sz w:val="24"/>
          <w:szCs w:val="24"/>
          <w:lang w:val="nl-NL"/>
        </w:rPr>
      </w:pPr>
      <w:r w:rsidRPr="00F924E9">
        <w:rPr>
          <w:rFonts w:ascii="Aptos" w:hAnsi="Aptos"/>
          <w:b w:val="0"/>
          <w:bCs w:val="0"/>
          <w:color w:val="002060"/>
          <w:sz w:val="24"/>
          <w:szCs w:val="24"/>
          <w:lang w:val="nl-NL"/>
        </w:rPr>
        <w:t>Ik ga zorgvuldig en vertrouwelijk met jouw gegevens om en verwerk persoonsgegevens alleen voor zover dat nodig is voor mijn dienstverlening en bedrijfsvoering.</w:t>
      </w:r>
    </w:p>
    <w:p w14:paraId="309D4EDC" w14:textId="7ED68D4A" w:rsidR="00363DB0" w:rsidRPr="00F924E9" w:rsidRDefault="00363DB0" w:rsidP="00E123C9">
      <w:pPr>
        <w:rPr>
          <w:color w:val="002060"/>
          <w:sz w:val="24"/>
          <w:szCs w:val="24"/>
          <w:lang w:val="nl-NL"/>
        </w:rPr>
      </w:pPr>
    </w:p>
    <w:p w14:paraId="31E0060D" w14:textId="77777777" w:rsidR="001A7AF3" w:rsidRPr="00F924E9" w:rsidRDefault="001A7AF3" w:rsidP="001A7AF3">
      <w:pPr>
        <w:rPr>
          <w:b/>
          <w:bCs/>
          <w:color w:val="002060"/>
          <w:sz w:val="24"/>
          <w:szCs w:val="24"/>
          <w:lang w:val="nl-NL"/>
        </w:rPr>
      </w:pPr>
      <w:r w:rsidRPr="00F924E9">
        <w:rPr>
          <w:b/>
          <w:bCs/>
          <w:color w:val="002060"/>
          <w:sz w:val="24"/>
          <w:szCs w:val="24"/>
          <w:lang w:val="nl-NL"/>
        </w:rPr>
        <w:t>2. Wie ben ik?</w:t>
      </w:r>
    </w:p>
    <w:p w14:paraId="7A54E7D4" w14:textId="77777777" w:rsidR="001A7AF3" w:rsidRPr="00F924E9" w:rsidRDefault="001A7AF3" w:rsidP="001A7AF3">
      <w:pPr>
        <w:rPr>
          <w:color w:val="002060"/>
          <w:sz w:val="24"/>
          <w:szCs w:val="24"/>
          <w:lang w:val="nl-NL"/>
        </w:rPr>
      </w:pPr>
      <w:proofErr w:type="spellStart"/>
      <w:r w:rsidRPr="00F924E9">
        <w:rPr>
          <w:b/>
          <w:bCs/>
          <w:color w:val="002060"/>
          <w:sz w:val="24"/>
          <w:szCs w:val="24"/>
          <w:lang w:val="nl-NL"/>
        </w:rPr>
        <w:t>Uplifting</w:t>
      </w:r>
      <w:proofErr w:type="spellEnd"/>
      <w:r w:rsidRPr="00F924E9">
        <w:rPr>
          <w:b/>
          <w:bCs/>
          <w:color w:val="002060"/>
          <w:sz w:val="24"/>
          <w:szCs w:val="24"/>
          <w:lang w:val="nl-NL"/>
        </w:rPr>
        <w:t xml:space="preserve"> </w:t>
      </w:r>
      <w:proofErr w:type="spellStart"/>
      <w:r w:rsidRPr="00F924E9">
        <w:rPr>
          <w:b/>
          <w:bCs/>
          <w:color w:val="002060"/>
          <w:sz w:val="24"/>
          <w:szCs w:val="24"/>
          <w:lang w:val="nl-NL"/>
        </w:rPr>
        <w:t>the</w:t>
      </w:r>
      <w:proofErr w:type="spellEnd"/>
      <w:r w:rsidRPr="00F924E9">
        <w:rPr>
          <w:b/>
          <w:bCs/>
          <w:color w:val="002060"/>
          <w:sz w:val="24"/>
          <w:szCs w:val="24"/>
          <w:lang w:val="nl-NL"/>
        </w:rPr>
        <w:t xml:space="preserve"> Soul</w:t>
      </w:r>
      <w:r w:rsidRPr="00F924E9">
        <w:rPr>
          <w:color w:val="002060"/>
          <w:sz w:val="24"/>
          <w:szCs w:val="24"/>
          <w:lang w:val="nl-NL"/>
        </w:rPr>
        <w:t xml:space="preserve"> is de handelsnaam waaronder ik mijn werkzaamheden uitvoer.</w:t>
      </w:r>
    </w:p>
    <w:p w14:paraId="264E9851" w14:textId="5D12E4AD" w:rsidR="001A7AF3" w:rsidRPr="00F924E9" w:rsidRDefault="001A7AF3" w:rsidP="001A7AF3">
      <w:pPr>
        <w:rPr>
          <w:color w:val="002060"/>
          <w:sz w:val="24"/>
          <w:szCs w:val="24"/>
        </w:rPr>
      </w:pPr>
      <w:r w:rsidRPr="006B2962">
        <w:rPr>
          <w:color w:val="002060"/>
          <w:sz w:val="24"/>
          <w:szCs w:val="24"/>
          <w:lang w:val="en-GB"/>
        </w:rPr>
        <w:br/>
      </w:r>
      <w:proofErr w:type="spellStart"/>
      <w:r w:rsidRPr="00F924E9">
        <w:rPr>
          <w:color w:val="002060"/>
          <w:sz w:val="24"/>
          <w:szCs w:val="24"/>
        </w:rPr>
        <w:t>KvK-nummer</w:t>
      </w:r>
      <w:proofErr w:type="spellEnd"/>
      <w:r w:rsidRPr="00F924E9">
        <w:rPr>
          <w:color w:val="002060"/>
          <w:sz w:val="24"/>
          <w:szCs w:val="24"/>
        </w:rPr>
        <w:t>: 89327756</w:t>
      </w:r>
      <w:r w:rsidRPr="00F924E9">
        <w:rPr>
          <w:color w:val="002060"/>
          <w:sz w:val="24"/>
          <w:szCs w:val="24"/>
        </w:rPr>
        <w:br/>
        <w:t xml:space="preserve">E-mail: </w:t>
      </w:r>
      <w:hyperlink r:id="rId9" w:history="1">
        <w:r w:rsidRPr="00F924E9">
          <w:rPr>
            <w:rStyle w:val="Hyperlink"/>
            <w:color w:val="002060"/>
            <w:sz w:val="24"/>
            <w:szCs w:val="24"/>
          </w:rPr>
          <w:t>info@upliftingthesoul.nl</w:t>
        </w:r>
      </w:hyperlink>
      <w:r w:rsidRPr="00F924E9">
        <w:rPr>
          <w:color w:val="002060"/>
          <w:sz w:val="24"/>
          <w:szCs w:val="24"/>
        </w:rPr>
        <w:br/>
        <w:t>Website: upliftingthesoul.nl</w:t>
      </w:r>
    </w:p>
    <w:p w14:paraId="30362F46" w14:textId="77777777" w:rsidR="001A7AF3" w:rsidRPr="00F924E9" w:rsidRDefault="001A7AF3" w:rsidP="001A7AF3">
      <w:pPr>
        <w:rPr>
          <w:color w:val="002060"/>
          <w:sz w:val="24"/>
          <w:szCs w:val="24"/>
          <w:lang w:val="nl-NL"/>
        </w:rPr>
      </w:pPr>
      <w:proofErr w:type="spellStart"/>
      <w:r w:rsidRPr="00F924E9">
        <w:rPr>
          <w:color w:val="002060"/>
          <w:sz w:val="24"/>
          <w:szCs w:val="24"/>
          <w:lang w:val="nl-NL"/>
        </w:rPr>
        <w:t>Uplifting</w:t>
      </w:r>
      <w:proofErr w:type="spellEnd"/>
      <w:r w:rsidRPr="00F924E9">
        <w:rPr>
          <w:color w:val="002060"/>
          <w:sz w:val="24"/>
          <w:szCs w:val="24"/>
          <w:lang w:val="nl-NL"/>
        </w:rPr>
        <w:t xml:space="preserve"> </w:t>
      </w:r>
      <w:proofErr w:type="spellStart"/>
      <w:r w:rsidRPr="00F924E9">
        <w:rPr>
          <w:color w:val="002060"/>
          <w:sz w:val="24"/>
          <w:szCs w:val="24"/>
          <w:lang w:val="nl-NL"/>
        </w:rPr>
        <w:t>the</w:t>
      </w:r>
      <w:proofErr w:type="spellEnd"/>
      <w:r w:rsidRPr="00F924E9">
        <w:rPr>
          <w:color w:val="002060"/>
          <w:sz w:val="24"/>
          <w:szCs w:val="24"/>
          <w:lang w:val="nl-NL"/>
        </w:rPr>
        <w:t xml:space="preserve"> Soul is verantwoordelijk voor de verwerking van persoonsgegevens zoals beschreven in deze Privacyverklaring.</w:t>
      </w:r>
    </w:p>
    <w:p w14:paraId="349A66C9" w14:textId="77777777" w:rsidR="001A7AF3" w:rsidRPr="00F924E9" w:rsidRDefault="001A7AF3" w:rsidP="00E123C9">
      <w:pPr>
        <w:rPr>
          <w:color w:val="002060"/>
          <w:sz w:val="24"/>
          <w:szCs w:val="24"/>
          <w:lang w:val="nl-NL"/>
        </w:rPr>
      </w:pPr>
    </w:p>
    <w:p w14:paraId="5B603D73" w14:textId="77777777" w:rsidR="001A7AF3" w:rsidRPr="00F924E9" w:rsidRDefault="001A7AF3" w:rsidP="001A7AF3">
      <w:pPr>
        <w:rPr>
          <w:b/>
          <w:bCs/>
          <w:color w:val="002060"/>
          <w:sz w:val="24"/>
          <w:szCs w:val="24"/>
          <w:lang w:val="nl-NL"/>
        </w:rPr>
      </w:pPr>
      <w:r w:rsidRPr="00F924E9">
        <w:rPr>
          <w:b/>
          <w:bCs/>
          <w:color w:val="002060"/>
          <w:sz w:val="24"/>
          <w:szCs w:val="24"/>
          <w:lang w:val="nl-NL"/>
        </w:rPr>
        <w:t>3. Welke persoonsgegevens kan ik verwerken?</w:t>
      </w:r>
    </w:p>
    <w:p w14:paraId="16223EEB" w14:textId="77777777" w:rsidR="001A7AF3" w:rsidRPr="00F924E9" w:rsidRDefault="001A7AF3" w:rsidP="001A7AF3">
      <w:pPr>
        <w:rPr>
          <w:color w:val="002060"/>
          <w:sz w:val="24"/>
          <w:szCs w:val="24"/>
          <w:lang w:val="nl-NL"/>
        </w:rPr>
      </w:pPr>
      <w:r w:rsidRPr="00F924E9">
        <w:rPr>
          <w:color w:val="002060"/>
          <w:sz w:val="24"/>
          <w:szCs w:val="24"/>
          <w:lang w:val="nl-NL"/>
        </w:rPr>
        <w:t>Welke gegevens ik verwerk, hangt af van de manier waarop je contact met mij hebt en van de dienst die je afneemt.</w:t>
      </w:r>
    </w:p>
    <w:p w14:paraId="3AD4848E" w14:textId="77777777" w:rsidR="001A7AF3" w:rsidRPr="00F924E9" w:rsidRDefault="001A7AF3" w:rsidP="001A7AF3">
      <w:pPr>
        <w:rPr>
          <w:color w:val="002060"/>
          <w:sz w:val="24"/>
          <w:szCs w:val="24"/>
          <w:lang w:val="nl-NL"/>
        </w:rPr>
      </w:pPr>
      <w:r w:rsidRPr="00F924E9">
        <w:rPr>
          <w:color w:val="002060"/>
          <w:sz w:val="24"/>
          <w:szCs w:val="24"/>
          <w:lang w:val="nl-NL"/>
        </w:rPr>
        <w:t>Dit kan bijvoorbeeld gaan om:</w:t>
      </w:r>
    </w:p>
    <w:p w14:paraId="05EE047F" w14:textId="77777777" w:rsidR="001A7AF3" w:rsidRPr="00F924E9" w:rsidRDefault="001A7AF3" w:rsidP="001A7AF3">
      <w:pPr>
        <w:numPr>
          <w:ilvl w:val="0"/>
          <w:numId w:val="10"/>
        </w:numPr>
        <w:rPr>
          <w:color w:val="002060"/>
          <w:sz w:val="24"/>
          <w:szCs w:val="24"/>
          <w:lang w:val="nl-NL"/>
        </w:rPr>
      </w:pPr>
      <w:r w:rsidRPr="00F924E9">
        <w:rPr>
          <w:color w:val="002060"/>
          <w:sz w:val="24"/>
          <w:szCs w:val="24"/>
          <w:lang w:val="nl-NL"/>
        </w:rPr>
        <w:t>naam;</w:t>
      </w:r>
    </w:p>
    <w:p w14:paraId="172F2580" w14:textId="77777777" w:rsidR="001A7AF3" w:rsidRPr="00F924E9" w:rsidRDefault="001A7AF3" w:rsidP="001A7AF3">
      <w:pPr>
        <w:numPr>
          <w:ilvl w:val="0"/>
          <w:numId w:val="10"/>
        </w:numPr>
        <w:rPr>
          <w:color w:val="002060"/>
          <w:sz w:val="24"/>
          <w:szCs w:val="24"/>
          <w:lang w:val="nl-NL"/>
        </w:rPr>
      </w:pPr>
      <w:r w:rsidRPr="00F924E9">
        <w:rPr>
          <w:color w:val="002060"/>
          <w:sz w:val="24"/>
          <w:szCs w:val="24"/>
          <w:lang w:val="nl-NL"/>
        </w:rPr>
        <w:t>e-mailadres;</w:t>
      </w:r>
    </w:p>
    <w:p w14:paraId="06BE5D2B" w14:textId="77777777" w:rsidR="001A7AF3" w:rsidRPr="00F924E9" w:rsidRDefault="001A7AF3" w:rsidP="001A7AF3">
      <w:pPr>
        <w:numPr>
          <w:ilvl w:val="0"/>
          <w:numId w:val="10"/>
        </w:numPr>
        <w:rPr>
          <w:color w:val="002060"/>
          <w:sz w:val="24"/>
          <w:szCs w:val="24"/>
          <w:lang w:val="nl-NL"/>
        </w:rPr>
      </w:pPr>
      <w:r w:rsidRPr="00F924E9">
        <w:rPr>
          <w:color w:val="002060"/>
          <w:sz w:val="24"/>
          <w:szCs w:val="24"/>
          <w:lang w:val="nl-NL"/>
        </w:rPr>
        <w:t>telefoonnummer;</w:t>
      </w:r>
    </w:p>
    <w:p w14:paraId="500900E7" w14:textId="77777777" w:rsidR="001A7AF3" w:rsidRPr="00F924E9" w:rsidRDefault="001A7AF3" w:rsidP="001A7AF3">
      <w:pPr>
        <w:numPr>
          <w:ilvl w:val="0"/>
          <w:numId w:val="10"/>
        </w:numPr>
        <w:rPr>
          <w:color w:val="002060"/>
          <w:sz w:val="24"/>
          <w:szCs w:val="24"/>
          <w:lang w:val="nl-NL"/>
        </w:rPr>
      </w:pPr>
      <w:r w:rsidRPr="00F924E9">
        <w:rPr>
          <w:color w:val="002060"/>
          <w:sz w:val="24"/>
          <w:szCs w:val="24"/>
          <w:lang w:val="nl-NL"/>
        </w:rPr>
        <w:t>bedrijfsnaam en functie;</w:t>
      </w:r>
    </w:p>
    <w:p w14:paraId="0474864C" w14:textId="77777777" w:rsidR="001A7AF3" w:rsidRPr="00F924E9" w:rsidRDefault="001A7AF3" w:rsidP="001A7AF3">
      <w:pPr>
        <w:numPr>
          <w:ilvl w:val="0"/>
          <w:numId w:val="10"/>
        </w:numPr>
        <w:rPr>
          <w:color w:val="002060"/>
          <w:sz w:val="24"/>
          <w:szCs w:val="24"/>
          <w:lang w:val="nl-NL"/>
        </w:rPr>
      </w:pPr>
      <w:r w:rsidRPr="00F924E9">
        <w:rPr>
          <w:color w:val="002060"/>
          <w:sz w:val="24"/>
          <w:szCs w:val="24"/>
          <w:lang w:val="nl-NL"/>
        </w:rPr>
        <w:t>gegevens die je zelf verstrekt wanneer je contact met mij opneemt;</w:t>
      </w:r>
    </w:p>
    <w:p w14:paraId="0550C610" w14:textId="77777777" w:rsidR="001A7AF3" w:rsidRPr="00F924E9" w:rsidRDefault="001A7AF3" w:rsidP="001A7AF3">
      <w:pPr>
        <w:numPr>
          <w:ilvl w:val="0"/>
          <w:numId w:val="10"/>
        </w:numPr>
        <w:rPr>
          <w:color w:val="002060"/>
          <w:sz w:val="24"/>
          <w:szCs w:val="24"/>
          <w:lang w:val="nl-NL"/>
        </w:rPr>
      </w:pPr>
      <w:r w:rsidRPr="00F924E9">
        <w:rPr>
          <w:color w:val="002060"/>
          <w:sz w:val="24"/>
          <w:szCs w:val="24"/>
          <w:lang w:val="nl-NL"/>
        </w:rPr>
        <w:lastRenderedPageBreak/>
        <w:t>gegevens die nodig zijn om een training, inspiratiesessie of andere afspraak te organiseren;</w:t>
      </w:r>
    </w:p>
    <w:p w14:paraId="06CB0CFD" w14:textId="77777777" w:rsidR="001A7AF3" w:rsidRPr="00F924E9" w:rsidRDefault="001A7AF3" w:rsidP="001A7AF3">
      <w:pPr>
        <w:numPr>
          <w:ilvl w:val="0"/>
          <w:numId w:val="10"/>
        </w:numPr>
        <w:rPr>
          <w:color w:val="002060"/>
          <w:sz w:val="24"/>
          <w:szCs w:val="24"/>
          <w:lang w:val="nl-NL"/>
        </w:rPr>
      </w:pPr>
      <w:r w:rsidRPr="00F924E9">
        <w:rPr>
          <w:color w:val="002060"/>
          <w:sz w:val="24"/>
          <w:szCs w:val="24"/>
          <w:lang w:val="nl-NL"/>
        </w:rPr>
        <w:t>factuur- en betaalgegevens;</w:t>
      </w:r>
    </w:p>
    <w:p w14:paraId="36BDE9BA" w14:textId="77777777" w:rsidR="001A7AF3" w:rsidRPr="00F924E9" w:rsidRDefault="001A7AF3" w:rsidP="001A7AF3">
      <w:pPr>
        <w:numPr>
          <w:ilvl w:val="0"/>
          <w:numId w:val="10"/>
        </w:numPr>
        <w:rPr>
          <w:color w:val="002060"/>
          <w:sz w:val="24"/>
          <w:szCs w:val="24"/>
          <w:lang w:val="nl-NL"/>
        </w:rPr>
      </w:pPr>
      <w:r w:rsidRPr="00F924E9">
        <w:rPr>
          <w:color w:val="002060"/>
          <w:sz w:val="24"/>
          <w:szCs w:val="24"/>
          <w:lang w:val="nl-NL"/>
        </w:rPr>
        <w:t>informatie die je vrijwillig deelt in het kader van counseling of persoonlijke begeleiding.</w:t>
      </w:r>
    </w:p>
    <w:p w14:paraId="2EBC57AB" w14:textId="77777777" w:rsidR="001A7AF3" w:rsidRPr="00F924E9" w:rsidRDefault="001A7AF3" w:rsidP="001A7AF3">
      <w:pPr>
        <w:rPr>
          <w:b/>
          <w:bCs/>
          <w:color w:val="002060"/>
          <w:sz w:val="24"/>
          <w:szCs w:val="24"/>
          <w:lang w:val="nl-NL"/>
        </w:rPr>
      </w:pPr>
      <w:r w:rsidRPr="00F924E9">
        <w:rPr>
          <w:b/>
          <w:bCs/>
          <w:color w:val="002060"/>
          <w:sz w:val="24"/>
          <w:szCs w:val="24"/>
          <w:lang w:val="nl-NL"/>
        </w:rPr>
        <w:t>Bij counseling en persoonlijke begeleiding</w:t>
      </w:r>
    </w:p>
    <w:p w14:paraId="0A7BFF76" w14:textId="77777777" w:rsidR="001A7AF3" w:rsidRPr="00F924E9" w:rsidRDefault="001A7AF3" w:rsidP="001A7AF3">
      <w:pPr>
        <w:rPr>
          <w:color w:val="002060"/>
          <w:sz w:val="24"/>
          <w:szCs w:val="24"/>
          <w:lang w:val="nl-NL"/>
        </w:rPr>
      </w:pPr>
      <w:r w:rsidRPr="00F924E9">
        <w:rPr>
          <w:color w:val="002060"/>
          <w:sz w:val="24"/>
          <w:szCs w:val="24"/>
          <w:lang w:val="nl-NL"/>
        </w:rPr>
        <w:t>Tijdens een counselingstraject kunnen mensen informatie met mij delen over hun persoonlijke situatie, ervaringen, gevoelens of ontwikkeling.</w:t>
      </w:r>
    </w:p>
    <w:p w14:paraId="5203F828" w14:textId="77777777" w:rsidR="001A7AF3" w:rsidRPr="00F924E9" w:rsidRDefault="001A7AF3" w:rsidP="001A7AF3">
      <w:pPr>
        <w:rPr>
          <w:color w:val="002060"/>
          <w:sz w:val="24"/>
          <w:szCs w:val="24"/>
          <w:lang w:val="nl-NL"/>
        </w:rPr>
      </w:pPr>
      <w:r w:rsidRPr="00F924E9">
        <w:rPr>
          <w:color w:val="002060"/>
          <w:sz w:val="24"/>
          <w:szCs w:val="24"/>
          <w:lang w:val="nl-NL"/>
        </w:rPr>
        <w:t>Ik behandel dergelijke informatie vertrouwelijk en gebruik deze uitsluitend voor zover dat noodzakelijk is voor de begeleiding en binnen de grenzen van de toepasselijke wet- en regelgeving.</w:t>
      </w:r>
    </w:p>
    <w:p w14:paraId="7D53E966" w14:textId="77777777" w:rsidR="001A7AF3" w:rsidRPr="00F924E9" w:rsidRDefault="001A7AF3" w:rsidP="001A7AF3">
      <w:pPr>
        <w:rPr>
          <w:color w:val="002060"/>
          <w:sz w:val="24"/>
          <w:szCs w:val="24"/>
          <w:lang w:val="nl-NL"/>
        </w:rPr>
      </w:pPr>
      <w:r w:rsidRPr="00F924E9">
        <w:rPr>
          <w:color w:val="002060"/>
          <w:sz w:val="24"/>
          <w:szCs w:val="24"/>
          <w:lang w:val="nl-NL"/>
        </w:rPr>
        <w:t>Ik vraag je niet om via een algemeen contactformulier of per e-mail meer persoonlijke of gevoelige informatie te delen dan nodig is om contact met mij op te nemen.</w:t>
      </w:r>
    </w:p>
    <w:p w14:paraId="69B98838" w14:textId="77777777" w:rsidR="001A7AF3" w:rsidRPr="00F924E9" w:rsidRDefault="001A7AF3" w:rsidP="00E123C9">
      <w:pPr>
        <w:rPr>
          <w:color w:val="002060"/>
          <w:sz w:val="24"/>
          <w:szCs w:val="24"/>
          <w:lang w:val="nl-NL"/>
        </w:rPr>
      </w:pPr>
    </w:p>
    <w:p w14:paraId="2211BF24" w14:textId="77777777" w:rsidR="001A7AF3" w:rsidRPr="00F924E9" w:rsidRDefault="001A7AF3" w:rsidP="00E123C9">
      <w:pPr>
        <w:rPr>
          <w:color w:val="002060"/>
          <w:sz w:val="24"/>
          <w:szCs w:val="24"/>
          <w:lang w:val="nl-NL"/>
        </w:rPr>
      </w:pPr>
    </w:p>
    <w:p w14:paraId="0C8363F7" w14:textId="77777777" w:rsidR="001A7AF3" w:rsidRPr="00F924E9" w:rsidRDefault="001A7AF3" w:rsidP="001A7AF3">
      <w:pPr>
        <w:rPr>
          <w:b/>
          <w:bCs/>
          <w:color w:val="002060"/>
          <w:sz w:val="24"/>
          <w:szCs w:val="24"/>
          <w:lang w:val="nl-NL"/>
        </w:rPr>
      </w:pPr>
      <w:r w:rsidRPr="00F924E9">
        <w:rPr>
          <w:b/>
          <w:bCs/>
          <w:color w:val="002060"/>
          <w:sz w:val="24"/>
          <w:szCs w:val="24"/>
          <w:lang w:val="nl-NL"/>
        </w:rPr>
        <w:t>4. Waarvoor gebruik ik jouw persoonsgegevens?</w:t>
      </w:r>
    </w:p>
    <w:p w14:paraId="279EA1EB" w14:textId="77777777" w:rsidR="001A7AF3" w:rsidRPr="00F924E9" w:rsidRDefault="001A7AF3" w:rsidP="001A7AF3">
      <w:pPr>
        <w:rPr>
          <w:color w:val="002060"/>
          <w:sz w:val="24"/>
          <w:szCs w:val="24"/>
          <w:lang w:val="nl-NL"/>
        </w:rPr>
      </w:pPr>
      <w:r w:rsidRPr="00F924E9">
        <w:rPr>
          <w:color w:val="002060"/>
          <w:sz w:val="24"/>
          <w:szCs w:val="24"/>
          <w:lang w:val="nl-NL"/>
        </w:rPr>
        <w:t>Ik verwerk persoonsgegevens voor de volgende doeleinden:</w:t>
      </w:r>
    </w:p>
    <w:p w14:paraId="0BB68E24" w14:textId="77777777" w:rsidR="001A7AF3" w:rsidRPr="00F924E9" w:rsidRDefault="001A7AF3" w:rsidP="001A7AF3">
      <w:pPr>
        <w:numPr>
          <w:ilvl w:val="0"/>
          <w:numId w:val="11"/>
        </w:numPr>
        <w:rPr>
          <w:color w:val="002060"/>
          <w:sz w:val="24"/>
          <w:szCs w:val="24"/>
          <w:lang w:val="nl-NL"/>
        </w:rPr>
      </w:pPr>
      <w:r w:rsidRPr="00F924E9">
        <w:rPr>
          <w:color w:val="002060"/>
          <w:sz w:val="24"/>
          <w:szCs w:val="24"/>
          <w:lang w:val="nl-NL"/>
        </w:rPr>
        <w:t>om contact met je op te nemen en vragen te beantwoorden;</w:t>
      </w:r>
    </w:p>
    <w:p w14:paraId="75779F6A" w14:textId="77777777" w:rsidR="001A7AF3" w:rsidRPr="00F924E9" w:rsidRDefault="001A7AF3" w:rsidP="001A7AF3">
      <w:pPr>
        <w:numPr>
          <w:ilvl w:val="0"/>
          <w:numId w:val="11"/>
        </w:numPr>
        <w:rPr>
          <w:color w:val="002060"/>
          <w:sz w:val="24"/>
          <w:szCs w:val="24"/>
          <w:lang w:val="nl-NL"/>
        </w:rPr>
      </w:pPr>
      <w:r w:rsidRPr="00F924E9">
        <w:rPr>
          <w:color w:val="002060"/>
          <w:sz w:val="24"/>
          <w:szCs w:val="24"/>
          <w:lang w:val="nl-NL"/>
        </w:rPr>
        <w:t>om een kennismaking of afspraak in te plannen;</w:t>
      </w:r>
    </w:p>
    <w:p w14:paraId="092BA963" w14:textId="77777777" w:rsidR="001A7AF3" w:rsidRPr="00F924E9" w:rsidRDefault="001A7AF3" w:rsidP="001A7AF3">
      <w:pPr>
        <w:numPr>
          <w:ilvl w:val="0"/>
          <w:numId w:val="11"/>
        </w:numPr>
        <w:rPr>
          <w:color w:val="002060"/>
          <w:sz w:val="24"/>
          <w:szCs w:val="24"/>
          <w:lang w:val="nl-NL"/>
        </w:rPr>
      </w:pPr>
      <w:r w:rsidRPr="00F924E9">
        <w:rPr>
          <w:color w:val="002060"/>
          <w:sz w:val="24"/>
          <w:szCs w:val="24"/>
          <w:lang w:val="nl-NL"/>
        </w:rPr>
        <w:t>om trainingen, inspiratiesessies en andere diensten voor te bereiden en uit te voeren;</w:t>
      </w:r>
    </w:p>
    <w:p w14:paraId="6B0DE273" w14:textId="77777777" w:rsidR="001A7AF3" w:rsidRPr="00F924E9" w:rsidRDefault="001A7AF3" w:rsidP="001A7AF3">
      <w:pPr>
        <w:numPr>
          <w:ilvl w:val="0"/>
          <w:numId w:val="11"/>
        </w:numPr>
        <w:rPr>
          <w:color w:val="002060"/>
          <w:sz w:val="24"/>
          <w:szCs w:val="24"/>
          <w:lang w:val="nl-NL"/>
        </w:rPr>
      </w:pPr>
      <w:r w:rsidRPr="00F924E9">
        <w:rPr>
          <w:color w:val="002060"/>
          <w:sz w:val="24"/>
          <w:szCs w:val="24"/>
          <w:lang w:val="nl-NL"/>
        </w:rPr>
        <w:t>om afspraken en administratieve gegevens bij te houden;</w:t>
      </w:r>
    </w:p>
    <w:p w14:paraId="0EB54B6B" w14:textId="77777777" w:rsidR="001A7AF3" w:rsidRPr="00F924E9" w:rsidRDefault="001A7AF3" w:rsidP="001A7AF3">
      <w:pPr>
        <w:numPr>
          <w:ilvl w:val="0"/>
          <w:numId w:val="11"/>
        </w:numPr>
        <w:rPr>
          <w:color w:val="002060"/>
          <w:sz w:val="24"/>
          <w:szCs w:val="24"/>
          <w:lang w:val="nl-NL"/>
        </w:rPr>
      </w:pPr>
      <w:r w:rsidRPr="00F924E9">
        <w:rPr>
          <w:color w:val="002060"/>
          <w:sz w:val="24"/>
          <w:szCs w:val="24"/>
          <w:lang w:val="nl-NL"/>
        </w:rPr>
        <w:t>om offertes of voorstellen voor samenwerking op te stellen;</w:t>
      </w:r>
    </w:p>
    <w:p w14:paraId="5C1B023D" w14:textId="77777777" w:rsidR="001A7AF3" w:rsidRPr="00F924E9" w:rsidRDefault="001A7AF3" w:rsidP="001A7AF3">
      <w:pPr>
        <w:numPr>
          <w:ilvl w:val="0"/>
          <w:numId w:val="11"/>
        </w:numPr>
        <w:rPr>
          <w:color w:val="002060"/>
          <w:sz w:val="24"/>
          <w:szCs w:val="24"/>
          <w:lang w:val="nl-NL"/>
        </w:rPr>
      </w:pPr>
      <w:r w:rsidRPr="00F924E9">
        <w:rPr>
          <w:color w:val="002060"/>
          <w:sz w:val="24"/>
          <w:szCs w:val="24"/>
          <w:lang w:val="nl-NL"/>
        </w:rPr>
        <w:t>om facturen te versturen en betalingen te verwerken;</w:t>
      </w:r>
    </w:p>
    <w:p w14:paraId="1331CB1C" w14:textId="77777777" w:rsidR="001A7AF3" w:rsidRPr="00F924E9" w:rsidRDefault="001A7AF3" w:rsidP="001A7AF3">
      <w:pPr>
        <w:numPr>
          <w:ilvl w:val="0"/>
          <w:numId w:val="11"/>
        </w:numPr>
        <w:rPr>
          <w:color w:val="002060"/>
          <w:sz w:val="24"/>
          <w:szCs w:val="24"/>
          <w:lang w:val="nl-NL"/>
        </w:rPr>
      </w:pPr>
      <w:r w:rsidRPr="00F924E9">
        <w:rPr>
          <w:color w:val="002060"/>
          <w:sz w:val="24"/>
          <w:szCs w:val="24"/>
          <w:lang w:val="nl-NL"/>
        </w:rPr>
        <w:t>om te voldoen aan wettelijke en administratieve verplichtingen;</w:t>
      </w:r>
    </w:p>
    <w:p w14:paraId="7849A8B1" w14:textId="77777777" w:rsidR="001A7AF3" w:rsidRPr="00F924E9" w:rsidRDefault="001A7AF3" w:rsidP="001A7AF3">
      <w:pPr>
        <w:numPr>
          <w:ilvl w:val="0"/>
          <w:numId w:val="11"/>
        </w:numPr>
        <w:rPr>
          <w:color w:val="002060"/>
          <w:sz w:val="24"/>
          <w:szCs w:val="24"/>
          <w:lang w:val="nl-NL"/>
        </w:rPr>
      </w:pPr>
      <w:r w:rsidRPr="00F924E9">
        <w:rPr>
          <w:color w:val="002060"/>
          <w:sz w:val="24"/>
          <w:szCs w:val="24"/>
          <w:lang w:val="nl-NL"/>
        </w:rPr>
        <w:t>om mijn dienstverlening te verbeteren;</w:t>
      </w:r>
    </w:p>
    <w:p w14:paraId="3CD97EFE" w14:textId="77777777" w:rsidR="001A7AF3" w:rsidRPr="00F924E9" w:rsidRDefault="001A7AF3" w:rsidP="001A7AF3">
      <w:pPr>
        <w:numPr>
          <w:ilvl w:val="0"/>
          <w:numId w:val="11"/>
        </w:numPr>
        <w:rPr>
          <w:color w:val="002060"/>
          <w:sz w:val="24"/>
          <w:szCs w:val="24"/>
          <w:lang w:val="nl-NL"/>
        </w:rPr>
      </w:pPr>
      <w:r w:rsidRPr="00F924E9">
        <w:rPr>
          <w:color w:val="002060"/>
          <w:sz w:val="24"/>
          <w:szCs w:val="24"/>
          <w:lang w:val="nl-NL"/>
        </w:rPr>
        <w:t>om mijn website en communicatie goed te laten functioneren.</w:t>
      </w:r>
    </w:p>
    <w:p w14:paraId="7EE9B74D" w14:textId="77777777" w:rsidR="001A7AF3" w:rsidRPr="00F924E9" w:rsidRDefault="001A7AF3" w:rsidP="001A7AF3">
      <w:pPr>
        <w:rPr>
          <w:color w:val="002060"/>
          <w:sz w:val="24"/>
          <w:szCs w:val="24"/>
          <w:lang w:val="nl-NL"/>
        </w:rPr>
      </w:pPr>
      <w:r w:rsidRPr="00F924E9">
        <w:rPr>
          <w:color w:val="002060"/>
          <w:sz w:val="24"/>
          <w:szCs w:val="24"/>
          <w:lang w:val="nl-NL"/>
        </w:rPr>
        <w:t>Ik gebruik jouw persoonsgegevens niet voor doeleinden die niet verenigbaar zijn met het doel waarvoor je ze aan mij hebt verstrekt.</w:t>
      </w:r>
    </w:p>
    <w:p w14:paraId="7F139BC4" w14:textId="77777777" w:rsidR="001A7AF3" w:rsidRPr="00F924E9" w:rsidRDefault="001A7AF3" w:rsidP="00E123C9">
      <w:pPr>
        <w:rPr>
          <w:color w:val="002060"/>
          <w:sz w:val="24"/>
          <w:szCs w:val="24"/>
          <w:lang w:val="nl-NL"/>
        </w:rPr>
      </w:pPr>
    </w:p>
    <w:p w14:paraId="3338149B" w14:textId="77777777" w:rsidR="001A7AF3" w:rsidRPr="00F924E9" w:rsidRDefault="001A7AF3" w:rsidP="00E123C9">
      <w:pPr>
        <w:rPr>
          <w:color w:val="002060"/>
          <w:sz w:val="24"/>
          <w:szCs w:val="24"/>
          <w:lang w:val="nl-NL"/>
        </w:rPr>
      </w:pPr>
    </w:p>
    <w:p w14:paraId="5407514F" w14:textId="77777777" w:rsidR="001A7AF3" w:rsidRPr="00F924E9" w:rsidRDefault="001A7AF3" w:rsidP="001A7AF3">
      <w:pPr>
        <w:rPr>
          <w:b/>
          <w:bCs/>
          <w:color w:val="002060"/>
          <w:sz w:val="24"/>
          <w:szCs w:val="24"/>
          <w:lang w:val="nl-NL"/>
        </w:rPr>
      </w:pPr>
      <w:r w:rsidRPr="00F924E9">
        <w:rPr>
          <w:b/>
          <w:bCs/>
          <w:color w:val="002060"/>
          <w:sz w:val="24"/>
          <w:szCs w:val="24"/>
          <w:lang w:val="nl-NL"/>
        </w:rPr>
        <w:t>5. Op welke grondslag verwerk ik persoonsgegevens?</w:t>
      </w:r>
    </w:p>
    <w:p w14:paraId="37C7276E" w14:textId="77777777" w:rsidR="001A7AF3" w:rsidRPr="00F924E9" w:rsidRDefault="001A7AF3" w:rsidP="001A7AF3">
      <w:pPr>
        <w:rPr>
          <w:color w:val="002060"/>
          <w:sz w:val="24"/>
          <w:szCs w:val="24"/>
          <w:lang w:val="nl-NL"/>
        </w:rPr>
      </w:pPr>
      <w:r w:rsidRPr="00F924E9">
        <w:rPr>
          <w:color w:val="002060"/>
          <w:sz w:val="24"/>
          <w:szCs w:val="24"/>
          <w:lang w:val="nl-NL"/>
        </w:rPr>
        <w:t>Ik verwerk persoonsgegevens alleen wanneer daarvoor een wettelijke grondslag bestaat.</w:t>
      </w:r>
    </w:p>
    <w:p w14:paraId="6E4077BB" w14:textId="77777777" w:rsidR="001A7AF3" w:rsidRPr="00F924E9" w:rsidRDefault="001A7AF3" w:rsidP="001A7AF3">
      <w:pPr>
        <w:rPr>
          <w:color w:val="002060"/>
          <w:sz w:val="24"/>
          <w:szCs w:val="24"/>
          <w:lang w:val="nl-NL"/>
        </w:rPr>
      </w:pPr>
      <w:r w:rsidRPr="00F924E9">
        <w:rPr>
          <w:color w:val="002060"/>
          <w:sz w:val="24"/>
          <w:szCs w:val="24"/>
          <w:lang w:val="nl-NL"/>
        </w:rPr>
        <w:t>Afhankelijk van de situatie kan dit zijn:</w:t>
      </w:r>
    </w:p>
    <w:p w14:paraId="3A3E39CB" w14:textId="77777777" w:rsidR="001A7AF3" w:rsidRPr="00F924E9" w:rsidRDefault="001A7AF3" w:rsidP="001A7AF3">
      <w:pPr>
        <w:numPr>
          <w:ilvl w:val="0"/>
          <w:numId w:val="12"/>
        </w:numPr>
        <w:rPr>
          <w:color w:val="002060"/>
          <w:sz w:val="24"/>
          <w:szCs w:val="24"/>
          <w:lang w:val="nl-NL"/>
        </w:rPr>
      </w:pPr>
      <w:r w:rsidRPr="00F924E9">
        <w:rPr>
          <w:b/>
          <w:bCs/>
          <w:color w:val="002060"/>
          <w:sz w:val="24"/>
          <w:szCs w:val="24"/>
          <w:lang w:val="nl-NL"/>
        </w:rPr>
        <w:t>uitvoering van een overeenkomst</w:t>
      </w:r>
      <w:r w:rsidRPr="00F924E9">
        <w:rPr>
          <w:color w:val="002060"/>
          <w:sz w:val="24"/>
          <w:szCs w:val="24"/>
          <w:lang w:val="nl-NL"/>
        </w:rPr>
        <w:t xml:space="preserve"> – bijvoorbeeld wanneer je een training, sessie of ander traject bij mij afneemt;</w:t>
      </w:r>
    </w:p>
    <w:p w14:paraId="003BFA24" w14:textId="77777777" w:rsidR="001A7AF3" w:rsidRPr="00F924E9" w:rsidRDefault="001A7AF3" w:rsidP="001A7AF3">
      <w:pPr>
        <w:numPr>
          <w:ilvl w:val="0"/>
          <w:numId w:val="12"/>
        </w:numPr>
        <w:rPr>
          <w:color w:val="002060"/>
          <w:sz w:val="24"/>
          <w:szCs w:val="24"/>
          <w:lang w:val="nl-NL"/>
        </w:rPr>
      </w:pPr>
      <w:r w:rsidRPr="00F924E9">
        <w:rPr>
          <w:b/>
          <w:bCs/>
          <w:color w:val="002060"/>
          <w:sz w:val="24"/>
          <w:szCs w:val="24"/>
          <w:lang w:val="nl-NL"/>
        </w:rPr>
        <w:t>wettelijke verplichting</w:t>
      </w:r>
      <w:r w:rsidRPr="00F924E9">
        <w:rPr>
          <w:color w:val="002060"/>
          <w:sz w:val="24"/>
          <w:szCs w:val="24"/>
          <w:lang w:val="nl-NL"/>
        </w:rPr>
        <w:t xml:space="preserve"> – bijvoorbeeld voor mijn administratie en fiscale verplichtingen;</w:t>
      </w:r>
    </w:p>
    <w:p w14:paraId="17F7DEF1" w14:textId="77777777" w:rsidR="001A7AF3" w:rsidRPr="00F924E9" w:rsidRDefault="001A7AF3" w:rsidP="001A7AF3">
      <w:pPr>
        <w:numPr>
          <w:ilvl w:val="0"/>
          <w:numId w:val="12"/>
        </w:numPr>
        <w:rPr>
          <w:color w:val="002060"/>
          <w:sz w:val="24"/>
          <w:szCs w:val="24"/>
          <w:lang w:val="nl-NL"/>
        </w:rPr>
      </w:pPr>
      <w:r w:rsidRPr="00F924E9">
        <w:rPr>
          <w:b/>
          <w:bCs/>
          <w:color w:val="002060"/>
          <w:sz w:val="24"/>
          <w:szCs w:val="24"/>
          <w:lang w:val="nl-NL"/>
        </w:rPr>
        <w:t>gerechtvaardigd belang</w:t>
      </w:r>
      <w:r w:rsidRPr="00F924E9">
        <w:rPr>
          <w:color w:val="002060"/>
          <w:sz w:val="24"/>
          <w:szCs w:val="24"/>
          <w:lang w:val="nl-NL"/>
        </w:rPr>
        <w:t xml:space="preserve"> – bijvoorbeeld voor een goede bedrijfsvoering en het verbeteren van mijn dienstverlening, voor zover jouw privacybelangen hierdoor niet onevenredig worden geschaad;</w:t>
      </w:r>
    </w:p>
    <w:p w14:paraId="1B308F4F" w14:textId="77777777" w:rsidR="001A7AF3" w:rsidRPr="00F924E9" w:rsidRDefault="001A7AF3" w:rsidP="001A7AF3">
      <w:pPr>
        <w:numPr>
          <w:ilvl w:val="0"/>
          <w:numId w:val="12"/>
        </w:numPr>
        <w:rPr>
          <w:color w:val="002060"/>
          <w:sz w:val="24"/>
          <w:szCs w:val="24"/>
          <w:lang w:val="nl-NL"/>
        </w:rPr>
      </w:pPr>
      <w:r w:rsidRPr="00F924E9">
        <w:rPr>
          <w:b/>
          <w:bCs/>
          <w:color w:val="002060"/>
          <w:sz w:val="24"/>
          <w:szCs w:val="24"/>
          <w:lang w:val="nl-NL"/>
        </w:rPr>
        <w:t>toestemming</w:t>
      </w:r>
      <w:r w:rsidRPr="00F924E9">
        <w:rPr>
          <w:color w:val="002060"/>
          <w:sz w:val="24"/>
          <w:szCs w:val="24"/>
          <w:lang w:val="nl-NL"/>
        </w:rPr>
        <w:t xml:space="preserve"> – wanneer toestemming wettelijk vereist is.</w:t>
      </w:r>
    </w:p>
    <w:p w14:paraId="30F67DAF" w14:textId="77777777" w:rsidR="001A7AF3" w:rsidRPr="00F924E9" w:rsidRDefault="001A7AF3" w:rsidP="001A7AF3">
      <w:pPr>
        <w:rPr>
          <w:color w:val="002060"/>
          <w:sz w:val="24"/>
          <w:szCs w:val="24"/>
          <w:lang w:val="nl-NL"/>
        </w:rPr>
      </w:pPr>
      <w:r w:rsidRPr="00F924E9">
        <w:rPr>
          <w:color w:val="002060"/>
          <w:sz w:val="24"/>
          <w:szCs w:val="24"/>
          <w:lang w:val="nl-NL"/>
        </w:rPr>
        <w:t>Wanneer ik persoonsgegevens op basis van toestemming verwerk, kun je deze toestemming altijd weer intrekken.</w:t>
      </w:r>
    </w:p>
    <w:p w14:paraId="5A8D0B83" w14:textId="77777777" w:rsidR="001A7AF3" w:rsidRPr="00F924E9" w:rsidRDefault="001A7AF3" w:rsidP="00E123C9">
      <w:pPr>
        <w:rPr>
          <w:color w:val="002060"/>
          <w:sz w:val="24"/>
          <w:szCs w:val="24"/>
          <w:lang w:val="nl-NL"/>
        </w:rPr>
      </w:pPr>
    </w:p>
    <w:p w14:paraId="25C99D0A" w14:textId="77777777" w:rsidR="001A7AF3" w:rsidRPr="00F924E9" w:rsidRDefault="001A7AF3" w:rsidP="00E123C9">
      <w:pPr>
        <w:rPr>
          <w:color w:val="002060"/>
          <w:sz w:val="24"/>
          <w:szCs w:val="24"/>
          <w:lang w:val="nl-NL"/>
        </w:rPr>
      </w:pPr>
    </w:p>
    <w:p w14:paraId="1633DC92" w14:textId="77777777" w:rsidR="001A7AF3" w:rsidRPr="00F924E9" w:rsidRDefault="001A7AF3" w:rsidP="001A7AF3">
      <w:pPr>
        <w:rPr>
          <w:b/>
          <w:bCs/>
          <w:color w:val="002060"/>
          <w:sz w:val="24"/>
          <w:szCs w:val="24"/>
          <w:lang w:val="nl-NL"/>
        </w:rPr>
      </w:pPr>
      <w:r w:rsidRPr="00F924E9">
        <w:rPr>
          <w:b/>
          <w:bCs/>
          <w:color w:val="002060"/>
          <w:sz w:val="24"/>
          <w:szCs w:val="24"/>
          <w:lang w:val="nl-NL"/>
        </w:rPr>
        <w:t>6. Met wie deel ik jouw gegevens?</w:t>
      </w:r>
    </w:p>
    <w:p w14:paraId="5EA187DB" w14:textId="77777777" w:rsidR="001A7AF3" w:rsidRPr="00F924E9" w:rsidRDefault="001A7AF3" w:rsidP="001A7AF3">
      <w:pPr>
        <w:rPr>
          <w:color w:val="002060"/>
          <w:sz w:val="24"/>
          <w:szCs w:val="24"/>
          <w:lang w:val="nl-NL"/>
        </w:rPr>
      </w:pPr>
      <w:r w:rsidRPr="00F924E9">
        <w:rPr>
          <w:color w:val="002060"/>
          <w:sz w:val="24"/>
          <w:szCs w:val="24"/>
          <w:lang w:val="nl-NL"/>
        </w:rPr>
        <w:t>Ik verkoop jouw persoonsgegevens niet.</w:t>
      </w:r>
    </w:p>
    <w:p w14:paraId="75E5CCF3" w14:textId="77777777" w:rsidR="001A7AF3" w:rsidRPr="00F924E9" w:rsidRDefault="001A7AF3" w:rsidP="001A7AF3">
      <w:pPr>
        <w:rPr>
          <w:color w:val="002060"/>
          <w:sz w:val="24"/>
          <w:szCs w:val="24"/>
          <w:lang w:val="nl-NL"/>
        </w:rPr>
      </w:pPr>
      <w:r w:rsidRPr="00F924E9">
        <w:rPr>
          <w:color w:val="002060"/>
          <w:sz w:val="24"/>
          <w:szCs w:val="24"/>
          <w:lang w:val="nl-NL"/>
        </w:rPr>
        <w:t>Ik deel persoonsgegevens alleen wanneer dit noodzakelijk is voor mijn dienstverlening, mijn bedrijfsvoering of wanneer ik daartoe wettelijk verplicht ben.</w:t>
      </w:r>
    </w:p>
    <w:p w14:paraId="0BF471CE" w14:textId="77777777" w:rsidR="001A7AF3" w:rsidRPr="00F924E9" w:rsidRDefault="001A7AF3" w:rsidP="001A7AF3">
      <w:pPr>
        <w:rPr>
          <w:color w:val="002060"/>
          <w:sz w:val="24"/>
          <w:szCs w:val="24"/>
          <w:lang w:val="nl-NL"/>
        </w:rPr>
      </w:pPr>
      <w:r w:rsidRPr="00F924E9">
        <w:rPr>
          <w:color w:val="002060"/>
          <w:sz w:val="24"/>
          <w:szCs w:val="24"/>
          <w:lang w:val="nl-NL"/>
        </w:rPr>
        <w:t>Dit kan bijvoorbeeld betrekking hebben op:</w:t>
      </w:r>
    </w:p>
    <w:p w14:paraId="3BBE9220" w14:textId="77777777" w:rsidR="001A7AF3" w:rsidRPr="00F924E9" w:rsidRDefault="001A7AF3" w:rsidP="001A7AF3">
      <w:pPr>
        <w:numPr>
          <w:ilvl w:val="0"/>
          <w:numId w:val="13"/>
        </w:numPr>
        <w:rPr>
          <w:color w:val="002060"/>
          <w:sz w:val="24"/>
          <w:szCs w:val="24"/>
          <w:lang w:val="nl-NL"/>
        </w:rPr>
      </w:pPr>
      <w:r w:rsidRPr="00F924E9">
        <w:rPr>
          <w:color w:val="002060"/>
          <w:sz w:val="24"/>
          <w:szCs w:val="24"/>
          <w:lang w:val="nl-NL"/>
        </w:rPr>
        <w:t>partijen die mij ondersteunen bij mijn administratie;</w:t>
      </w:r>
    </w:p>
    <w:p w14:paraId="18F8A880" w14:textId="77777777" w:rsidR="001A7AF3" w:rsidRPr="00F924E9" w:rsidRDefault="001A7AF3" w:rsidP="001A7AF3">
      <w:pPr>
        <w:numPr>
          <w:ilvl w:val="0"/>
          <w:numId w:val="13"/>
        </w:numPr>
        <w:rPr>
          <w:color w:val="002060"/>
          <w:sz w:val="24"/>
          <w:szCs w:val="24"/>
          <w:lang w:val="nl-NL"/>
        </w:rPr>
      </w:pPr>
      <w:r w:rsidRPr="00F924E9">
        <w:rPr>
          <w:color w:val="002060"/>
          <w:sz w:val="24"/>
          <w:szCs w:val="24"/>
          <w:lang w:val="nl-NL"/>
        </w:rPr>
        <w:t>mijn boekhouder of accountant;</w:t>
      </w:r>
    </w:p>
    <w:p w14:paraId="1664E5EF" w14:textId="77777777" w:rsidR="001A7AF3" w:rsidRPr="00F924E9" w:rsidRDefault="001A7AF3" w:rsidP="001A7AF3">
      <w:pPr>
        <w:numPr>
          <w:ilvl w:val="0"/>
          <w:numId w:val="13"/>
        </w:numPr>
        <w:rPr>
          <w:color w:val="002060"/>
          <w:sz w:val="24"/>
          <w:szCs w:val="24"/>
          <w:lang w:val="nl-NL"/>
        </w:rPr>
      </w:pPr>
      <w:r w:rsidRPr="00F924E9">
        <w:rPr>
          <w:color w:val="002060"/>
          <w:sz w:val="24"/>
          <w:szCs w:val="24"/>
          <w:lang w:val="nl-NL"/>
        </w:rPr>
        <w:t>mijn hosting- of websiteleverancier;</w:t>
      </w:r>
    </w:p>
    <w:p w14:paraId="37D5B47A" w14:textId="77777777" w:rsidR="001A7AF3" w:rsidRPr="00F924E9" w:rsidRDefault="001A7AF3" w:rsidP="001A7AF3">
      <w:pPr>
        <w:numPr>
          <w:ilvl w:val="0"/>
          <w:numId w:val="13"/>
        </w:numPr>
        <w:rPr>
          <w:color w:val="002060"/>
          <w:sz w:val="24"/>
          <w:szCs w:val="24"/>
          <w:lang w:val="nl-NL"/>
        </w:rPr>
      </w:pPr>
      <w:r w:rsidRPr="00F924E9">
        <w:rPr>
          <w:color w:val="002060"/>
          <w:sz w:val="24"/>
          <w:szCs w:val="24"/>
          <w:lang w:val="nl-NL"/>
        </w:rPr>
        <w:t>betaal- of andere dienstverleners die noodzakelijk zijn voor de uitvoering van mijn dienstverlening;</w:t>
      </w:r>
    </w:p>
    <w:p w14:paraId="1C797E12" w14:textId="77777777" w:rsidR="001A7AF3" w:rsidRPr="00F924E9" w:rsidRDefault="001A7AF3" w:rsidP="001A7AF3">
      <w:pPr>
        <w:numPr>
          <w:ilvl w:val="0"/>
          <w:numId w:val="13"/>
        </w:numPr>
        <w:rPr>
          <w:color w:val="002060"/>
          <w:sz w:val="24"/>
          <w:szCs w:val="24"/>
          <w:lang w:val="nl-NL"/>
        </w:rPr>
      </w:pPr>
      <w:r w:rsidRPr="00F924E9">
        <w:rPr>
          <w:color w:val="002060"/>
          <w:sz w:val="24"/>
          <w:szCs w:val="24"/>
          <w:lang w:val="nl-NL"/>
        </w:rPr>
        <w:t>overheidsinstanties wanneer ik daartoe wettelijk verplicht ben.</w:t>
      </w:r>
    </w:p>
    <w:p w14:paraId="7BE63288" w14:textId="77777777" w:rsidR="001A7AF3" w:rsidRPr="00F924E9" w:rsidRDefault="001A7AF3" w:rsidP="001A7AF3">
      <w:pPr>
        <w:rPr>
          <w:color w:val="002060"/>
          <w:sz w:val="24"/>
          <w:szCs w:val="24"/>
          <w:lang w:val="nl-NL"/>
        </w:rPr>
      </w:pPr>
      <w:r w:rsidRPr="00F924E9">
        <w:rPr>
          <w:color w:val="002060"/>
          <w:sz w:val="24"/>
          <w:szCs w:val="24"/>
          <w:lang w:val="nl-NL"/>
        </w:rPr>
        <w:t>Wanneer een externe partij persoonsgegevens namens mij verwerkt, maak ik – wanneer dit wettelijk vereist is – afspraken over de bescherming van deze gegevens.</w:t>
      </w:r>
    </w:p>
    <w:p w14:paraId="373973B5" w14:textId="77777777" w:rsidR="001A7AF3" w:rsidRPr="00F924E9" w:rsidRDefault="001A7AF3" w:rsidP="00E123C9">
      <w:pPr>
        <w:rPr>
          <w:color w:val="002060"/>
          <w:sz w:val="24"/>
          <w:szCs w:val="24"/>
          <w:lang w:val="nl-NL"/>
        </w:rPr>
      </w:pPr>
    </w:p>
    <w:p w14:paraId="7F2253F0" w14:textId="77777777" w:rsidR="001A7AF3" w:rsidRPr="00F924E9" w:rsidRDefault="001A7AF3" w:rsidP="00E123C9">
      <w:pPr>
        <w:rPr>
          <w:color w:val="002060"/>
          <w:sz w:val="24"/>
          <w:szCs w:val="24"/>
          <w:lang w:val="nl-NL"/>
        </w:rPr>
      </w:pPr>
    </w:p>
    <w:p w14:paraId="18E657ED" w14:textId="77777777" w:rsidR="001A7AF3" w:rsidRPr="00F924E9" w:rsidRDefault="001A7AF3" w:rsidP="001A7AF3">
      <w:pPr>
        <w:rPr>
          <w:b/>
          <w:bCs/>
          <w:color w:val="002060"/>
          <w:sz w:val="24"/>
          <w:szCs w:val="24"/>
          <w:lang w:val="nl-NL"/>
        </w:rPr>
      </w:pPr>
      <w:r w:rsidRPr="00F924E9">
        <w:rPr>
          <w:b/>
          <w:bCs/>
          <w:color w:val="002060"/>
          <w:sz w:val="24"/>
          <w:szCs w:val="24"/>
          <w:lang w:val="nl-NL"/>
        </w:rPr>
        <w:t>7. Bewaartermijn</w:t>
      </w:r>
    </w:p>
    <w:p w14:paraId="57C7D38C" w14:textId="77777777" w:rsidR="001A7AF3" w:rsidRPr="00F924E9" w:rsidRDefault="001A7AF3" w:rsidP="001A7AF3">
      <w:pPr>
        <w:rPr>
          <w:color w:val="002060"/>
          <w:sz w:val="24"/>
          <w:szCs w:val="24"/>
          <w:lang w:val="nl-NL"/>
        </w:rPr>
      </w:pPr>
      <w:r w:rsidRPr="00F924E9">
        <w:rPr>
          <w:color w:val="002060"/>
          <w:sz w:val="24"/>
          <w:szCs w:val="24"/>
          <w:lang w:val="nl-NL"/>
        </w:rPr>
        <w:t>Ik bewaar persoonsgegevens niet langer dan noodzakelijk is voor het doel waarvoor deze zijn verzameld, tenzij een wettelijke bewaartermijn mij verplicht om gegevens langer te bewaren.</w:t>
      </w:r>
    </w:p>
    <w:p w14:paraId="280B8165" w14:textId="77777777" w:rsidR="001A7AF3" w:rsidRPr="00F924E9" w:rsidRDefault="001A7AF3" w:rsidP="001A7AF3">
      <w:pPr>
        <w:rPr>
          <w:color w:val="002060"/>
          <w:sz w:val="24"/>
          <w:szCs w:val="24"/>
          <w:lang w:val="nl-NL"/>
        </w:rPr>
      </w:pPr>
      <w:r w:rsidRPr="00F924E9">
        <w:rPr>
          <w:color w:val="002060"/>
          <w:sz w:val="24"/>
          <w:szCs w:val="24"/>
          <w:lang w:val="nl-NL"/>
        </w:rPr>
        <w:t>Voor administratieve en fiscale gegevens gelden bijvoorbeeld wettelijke bewaartermijnen.</w:t>
      </w:r>
    </w:p>
    <w:p w14:paraId="5C6FC9DE" w14:textId="77777777" w:rsidR="001A7AF3" w:rsidRPr="00F924E9" w:rsidRDefault="001A7AF3" w:rsidP="001A7AF3">
      <w:pPr>
        <w:rPr>
          <w:color w:val="002060"/>
          <w:sz w:val="24"/>
          <w:szCs w:val="24"/>
          <w:lang w:val="nl-NL"/>
        </w:rPr>
      </w:pPr>
      <w:r w:rsidRPr="00F924E9">
        <w:rPr>
          <w:color w:val="002060"/>
          <w:sz w:val="24"/>
          <w:szCs w:val="24"/>
          <w:lang w:val="nl-NL"/>
        </w:rPr>
        <w:t>Persoonsgegevens die niet langer nodig zijn, worden verwijderd of geanonimiseerd wanneer dat mogelijk is.</w:t>
      </w:r>
    </w:p>
    <w:p w14:paraId="54B5EC13" w14:textId="77777777" w:rsidR="001A7AF3" w:rsidRPr="00F924E9" w:rsidRDefault="001A7AF3" w:rsidP="00E123C9">
      <w:pPr>
        <w:rPr>
          <w:color w:val="002060"/>
          <w:sz w:val="24"/>
          <w:szCs w:val="24"/>
          <w:lang w:val="nl-NL"/>
        </w:rPr>
      </w:pPr>
    </w:p>
    <w:p w14:paraId="41B1F92C" w14:textId="77777777" w:rsidR="001A7AF3" w:rsidRPr="00F924E9" w:rsidRDefault="001A7AF3" w:rsidP="00E123C9">
      <w:pPr>
        <w:rPr>
          <w:color w:val="002060"/>
          <w:sz w:val="24"/>
          <w:szCs w:val="24"/>
          <w:lang w:val="nl-NL"/>
        </w:rPr>
      </w:pPr>
    </w:p>
    <w:p w14:paraId="4FD0BE19" w14:textId="77777777" w:rsidR="001A7AF3" w:rsidRPr="00F924E9" w:rsidRDefault="001A7AF3" w:rsidP="001A7AF3">
      <w:pPr>
        <w:rPr>
          <w:b/>
          <w:bCs/>
          <w:color w:val="002060"/>
          <w:sz w:val="24"/>
          <w:szCs w:val="24"/>
          <w:lang w:val="nl-NL"/>
        </w:rPr>
      </w:pPr>
      <w:r w:rsidRPr="00F924E9">
        <w:rPr>
          <w:b/>
          <w:bCs/>
          <w:color w:val="002060"/>
          <w:sz w:val="24"/>
          <w:szCs w:val="24"/>
          <w:lang w:val="nl-NL"/>
        </w:rPr>
        <w:t>8. Vertrouwelijkheid</w:t>
      </w:r>
    </w:p>
    <w:p w14:paraId="1619B687" w14:textId="77777777" w:rsidR="001A7AF3" w:rsidRPr="00F924E9" w:rsidRDefault="001A7AF3" w:rsidP="001A7AF3">
      <w:pPr>
        <w:rPr>
          <w:color w:val="002060"/>
          <w:sz w:val="24"/>
          <w:szCs w:val="24"/>
          <w:lang w:val="nl-NL"/>
        </w:rPr>
      </w:pPr>
      <w:r w:rsidRPr="00F924E9">
        <w:rPr>
          <w:color w:val="002060"/>
          <w:sz w:val="24"/>
          <w:szCs w:val="24"/>
          <w:lang w:val="nl-NL"/>
        </w:rPr>
        <w:t>Vertrouwelijkheid is een belangrijk uitgangspunt binnen mijn werk.</w:t>
      </w:r>
    </w:p>
    <w:p w14:paraId="737C0CAA" w14:textId="77777777" w:rsidR="001A7AF3" w:rsidRPr="00F924E9" w:rsidRDefault="001A7AF3" w:rsidP="001A7AF3">
      <w:pPr>
        <w:rPr>
          <w:color w:val="002060"/>
          <w:sz w:val="24"/>
          <w:szCs w:val="24"/>
          <w:lang w:val="nl-NL"/>
        </w:rPr>
      </w:pPr>
      <w:r w:rsidRPr="00F924E9">
        <w:rPr>
          <w:color w:val="002060"/>
          <w:sz w:val="24"/>
          <w:szCs w:val="24"/>
          <w:lang w:val="nl-NL"/>
        </w:rPr>
        <w:t>Wat je tijdens een counselingtraject, gesprek, training of andere persoonlijke begeleiding met mij deelt, behandel ik zorgvuldig en vertrouwelijk.</w:t>
      </w:r>
    </w:p>
    <w:p w14:paraId="78FEDBBA" w14:textId="77777777" w:rsidR="001A7AF3" w:rsidRPr="00F924E9" w:rsidRDefault="001A7AF3" w:rsidP="001A7AF3">
      <w:pPr>
        <w:rPr>
          <w:color w:val="002060"/>
          <w:sz w:val="24"/>
          <w:szCs w:val="24"/>
          <w:lang w:val="nl-NL"/>
        </w:rPr>
      </w:pPr>
      <w:r w:rsidRPr="00F924E9">
        <w:rPr>
          <w:color w:val="002060"/>
          <w:sz w:val="24"/>
          <w:szCs w:val="24"/>
          <w:lang w:val="nl-NL"/>
        </w:rPr>
        <w:t>Ik deel persoonlijke informatie niet met derden, tenzij:</w:t>
      </w:r>
    </w:p>
    <w:p w14:paraId="64406614" w14:textId="77777777" w:rsidR="001A7AF3" w:rsidRPr="00F924E9" w:rsidRDefault="001A7AF3" w:rsidP="001A7AF3">
      <w:pPr>
        <w:numPr>
          <w:ilvl w:val="0"/>
          <w:numId w:val="14"/>
        </w:numPr>
        <w:rPr>
          <w:color w:val="002060"/>
          <w:sz w:val="24"/>
          <w:szCs w:val="24"/>
          <w:lang w:val="nl-NL"/>
        </w:rPr>
      </w:pPr>
      <w:r w:rsidRPr="00F924E9">
        <w:rPr>
          <w:color w:val="002060"/>
          <w:sz w:val="24"/>
          <w:szCs w:val="24"/>
          <w:lang w:val="nl-NL"/>
        </w:rPr>
        <w:t>jij daarvoor toestemming hebt gegeven;</w:t>
      </w:r>
    </w:p>
    <w:p w14:paraId="159902AE" w14:textId="77777777" w:rsidR="001A7AF3" w:rsidRPr="00F924E9" w:rsidRDefault="001A7AF3" w:rsidP="001A7AF3">
      <w:pPr>
        <w:numPr>
          <w:ilvl w:val="0"/>
          <w:numId w:val="14"/>
        </w:numPr>
        <w:rPr>
          <w:color w:val="002060"/>
          <w:sz w:val="24"/>
          <w:szCs w:val="24"/>
          <w:lang w:val="nl-NL"/>
        </w:rPr>
      </w:pPr>
      <w:r w:rsidRPr="00F924E9">
        <w:rPr>
          <w:color w:val="002060"/>
          <w:sz w:val="24"/>
          <w:szCs w:val="24"/>
          <w:lang w:val="nl-NL"/>
        </w:rPr>
        <w:t>dit noodzakelijk is voor de uitvoering van een overeenkomst;</w:t>
      </w:r>
    </w:p>
    <w:p w14:paraId="2A0898E4" w14:textId="77777777" w:rsidR="001A7AF3" w:rsidRPr="00F924E9" w:rsidRDefault="001A7AF3" w:rsidP="001A7AF3">
      <w:pPr>
        <w:numPr>
          <w:ilvl w:val="0"/>
          <w:numId w:val="14"/>
        </w:numPr>
        <w:rPr>
          <w:color w:val="002060"/>
          <w:sz w:val="24"/>
          <w:szCs w:val="24"/>
          <w:lang w:val="nl-NL"/>
        </w:rPr>
      </w:pPr>
      <w:r w:rsidRPr="00F924E9">
        <w:rPr>
          <w:color w:val="002060"/>
          <w:sz w:val="24"/>
          <w:szCs w:val="24"/>
          <w:lang w:val="nl-NL"/>
        </w:rPr>
        <w:t>ik daartoe wettelijk verplicht ben;</w:t>
      </w:r>
    </w:p>
    <w:p w14:paraId="26DE27D7" w14:textId="77777777" w:rsidR="001A7AF3" w:rsidRPr="00F924E9" w:rsidRDefault="001A7AF3" w:rsidP="001A7AF3">
      <w:pPr>
        <w:numPr>
          <w:ilvl w:val="0"/>
          <w:numId w:val="14"/>
        </w:numPr>
        <w:rPr>
          <w:color w:val="002060"/>
          <w:sz w:val="24"/>
          <w:szCs w:val="24"/>
          <w:lang w:val="nl-NL"/>
        </w:rPr>
      </w:pPr>
      <w:r w:rsidRPr="00F924E9">
        <w:rPr>
          <w:color w:val="002060"/>
          <w:sz w:val="24"/>
          <w:szCs w:val="24"/>
          <w:lang w:val="nl-NL"/>
        </w:rPr>
        <w:t>of sprake is van een situatie waarin de wet mij verplicht of toestaat informatie te delen.</w:t>
      </w:r>
    </w:p>
    <w:p w14:paraId="13F30592" w14:textId="77777777" w:rsidR="001A7AF3" w:rsidRPr="00F924E9" w:rsidRDefault="001A7AF3" w:rsidP="00E123C9">
      <w:pPr>
        <w:rPr>
          <w:color w:val="002060"/>
          <w:sz w:val="24"/>
          <w:szCs w:val="24"/>
          <w:lang w:val="nl-NL"/>
        </w:rPr>
      </w:pPr>
    </w:p>
    <w:p w14:paraId="4A86984B" w14:textId="77777777" w:rsidR="001A7AF3" w:rsidRPr="00F924E9" w:rsidRDefault="001A7AF3" w:rsidP="00E123C9">
      <w:pPr>
        <w:rPr>
          <w:color w:val="002060"/>
          <w:sz w:val="24"/>
          <w:szCs w:val="24"/>
          <w:lang w:val="nl-NL"/>
        </w:rPr>
      </w:pPr>
    </w:p>
    <w:p w14:paraId="5C060563" w14:textId="77777777" w:rsidR="001A7AF3" w:rsidRPr="00F924E9" w:rsidRDefault="001A7AF3" w:rsidP="001A7AF3">
      <w:pPr>
        <w:rPr>
          <w:b/>
          <w:bCs/>
          <w:color w:val="002060"/>
          <w:sz w:val="24"/>
          <w:szCs w:val="24"/>
          <w:lang w:val="nl-NL"/>
        </w:rPr>
      </w:pPr>
      <w:r w:rsidRPr="00F924E9">
        <w:rPr>
          <w:b/>
          <w:bCs/>
          <w:color w:val="002060"/>
          <w:sz w:val="24"/>
          <w:szCs w:val="24"/>
          <w:lang w:val="nl-NL"/>
        </w:rPr>
        <w:t>9. Bijzondere persoonsgegevens</w:t>
      </w:r>
    </w:p>
    <w:p w14:paraId="6E097FD4" w14:textId="77777777" w:rsidR="001A7AF3" w:rsidRPr="00F924E9" w:rsidRDefault="001A7AF3" w:rsidP="001A7AF3">
      <w:pPr>
        <w:rPr>
          <w:color w:val="002060"/>
          <w:sz w:val="24"/>
          <w:szCs w:val="24"/>
          <w:lang w:val="nl-NL"/>
        </w:rPr>
      </w:pPr>
      <w:r w:rsidRPr="00F924E9">
        <w:rPr>
          <w:color w:val="002060"/>
          <w:sz w:val="24"/>
          <w:szCs w:val="24"/>
          <w:lang w:val="nl-NL"/>
        </w:rPr>
        <w:t>Sommige persoonsgegevens zijn volgens de AVG extra beschermd. Denk bijvoorbeeld aan gegevens over gezondheid, religieuze of levensbeschouwelijke overtuigingen of andere bijzondere persoonsgegevens.</w:t>
      </w:r>
    </w:p>
    <w:p w14:paraId="7D79D230" w14:textId="77777777" w:rsidR="001A7AF3" w:rsidRPr="00F924E9" w:rsidRDefault="001A7AF3" w:rsidP="001A7AF3">
      <w:pPr>
        <w:rPr>
          <w:color w:val="002060"/>
          <w:sz w:val="24"/>
          <w:szCs w:val="24"/>
          <w:lang w:val="nl-NL"/>
        </w:rPr>
      </w:pPr>
      <w:r w:rsidRPr="00F924E9">
        <w:rPr>
          <w:color w:val="002060"/>
          <w:sz w:val="24"/>
          <w:szCs w:val="24"/>
          <w:lang w:val="nl-NL"/>
        </w:rPr>
        <w:t>Omdat dergelijke informatie binnen persoonlijke begeleiding vrijwillig aan bod kan komen, ga ik hier extra zorgvuldig mee om.</w:t>
      </w:r>
    </w:p>
    <w:p w14:paraId="4581641D" w14:textId="77777777" w:rsidR="001A7AF3" w:rsidRPr="00F924E9" w:rsidRDefault="001A7AF3" w:rsidP="001A7AF3">
      <w:pPr>
        <w:rPr>
          <w:color w:val="002060"/>
          <w:sz w:val="24"/>
          <w:szCs w:val="24"/>
          <w:lang w:val="nl-NL"/>
        </w:rPr>
      </w:pPr>
      <w:r w:rsidRPr="00F924E9">
        <w:rPr>
          <w:color w:val="002060"/>
          <w:sz w:val="24"/>
          <w:szCs w:val="24"/>
          <w:lang w:val="nl-NL"/>
        </w:rPr>
        <w:t>Ik verwerk bijzondere persoonsgegevens alleen wanneer daarvoor een wettelijke grondslag bestaat en wanneer dit noodzakelijk is voor het doel waarvoor de gegevens worden verwerkt.</w:t>
      </w:r>
    </w:p>
    <w:p w14:paraId="0FEA7CF0" w14:textId="77777777" w:rsidR="001A7AF3" w:rsidRPr="00F924E9" w:rsidRDefault="001A7AF3" w:rsidP="001A7AF3">
      <w:pPr>
        <w:rPr>
          <w:color w:val="002060"/>
          <w:sz w:val="24"/>
          <w:szCs w:val="24"/>
          <w:lang w:val="nl-NL"/>
        </w:rPr>
      </w:pPr>
      <w:r w:rsidRPr="00F924E9">
        <w:rPr>
          <w:color w:val="002060"/>
          <w:sz w:val="24"/>
          <w:szCs w:val="24"/>
          <w:lang w:val="nl-NL"/>
        </w:rPr>
        <w:lastRenderedPageBreak/>
        <w:t>Ik verzoek je om via reguliere e-mail of algemene contactformulieren geen onnodige bijzondere persoonsgegevens te delen.</w:t>
      </w:r>
    </w:p>
    <w:p w14:paraId="14DB71D5" w14:textId="77777777" w:rsidR="001A7AF3" w:rsidRPr="00F924E9" w:rsidRDefault="001A7AF3" w:rsidP="00E123C9">
      <w:pPr>
        <w:rPr>
          <w:color w:val="002060"/>
          <w:sz w:val="24"/>
          <w:szCs w:val="24"/>
          <w:lang w:val="nl-NL"/>
        </w:rPr>
      </w:pPr>
    </w:p>
    <w:p w14:paraId="7AF0B74C" w14:textId="77777777" w:rsidR="001A7AF3" w:rsidRPr="00F924E9" w:rsidRDefault="001A7AF3" w:rsidP="00E123C9">
      <w:pPr>
        <w:rPr>
          <w:color w:val="002060"/>
          <w:sz w:val="24"/>
          <w:szCs w:val="24"/>
          <w:lang w:val="nl-NL"/>
        </w:rPr>
      </w:pPr>
    </w:p>
    <w:p w14:paraId="40AF760D" w14:textId="6E1023F1" w:rsidR="001A7AF3" w:rsidRPr="00F924E9" w:rsidRDefault="001A7AF3" w:rsidP="001A7AF3">
      <w:pPr>
        <w:rPr>
          <w:b/>
          <w:bCs/>
          <w:color w:val="002060"/>
          <w:sz w:val="24"/>
          <w:szCs w:val="24"/>
          <w:lang w:val="nl-NL"/>
        </w:rPr>
      </w:pPr>
      <w:r w:rsidRPr="00F924E9">
        <w:rPr>
          <w:b/>
          <w:bCs/>
          <w:color w:val="002060"/>
          <w:sz w:val="24"/>
          <w:szCs w:val="24"/>
          <w:lang w:val="nl-NL"/>
        </w:rPr>
        <w:t>1</w:t>
      </w:r>
      <w:r w:rsidR="006B2962">
        <w:rPr>
          <w:b/>
          <w:bCs/>
          <w:color w:val="002060"/>
          <w:sz w:val="24"/>
          <w:szCs w:val="24"/>
          <w:lang w:val="nl-NL"/>
        </w:rPr>
        <w:t>0</w:t>
      </w:r>
      <w:r w:rsidRPr="00F924E9">
        <w:rPr>
          <w:b/>
          <w:bCs/>
          <w:color w:val="002060"/>
          <w:sz w:val="24"/>
          <w:szCs w:val="24"/>
          <w:lang w:val="nl-NL"/>
        </w:rPr>
        <w:t>. Sociale media</w:t>
      </w:r>
    </w:p>
    <w:p w14:paraId="26509CB4" w14:textId="77777777" w:rsidR="001A7AF3" w:rsidRPr="00F924E9" w:rsidRDefault="001A7AF3" w:rsidP="001A7AF3">
      <w:pPr>
        <w:rPr>
          <w:color w:val="002060"/>
          <w:sz w:val="24"/>
          <w:szCs w:val="24"/>
          <w:lang w:val="nl-NL"/>
        </w:rPr>
      </w:pPr>
      <w:proofErr w:type="spellStart"/>
      <w:r w:rsidRPr="00F924E9">
        <w:rPr>
          <w:color w:val="002060"/>
          <w:sz w:val="24"/>
          <w:szCs w:val="24"/>
          <w:lang w:val="nl-NL"/>
        </w:rPr>
        <w:t>Uplifting</w:t>
      </w:r>
      <w:proofErr w:type="spellEnd"/>
      <w:r w:rsidRPr="00F924E9">
        <w:rPr>
          <w:color w:val="002060"/>
          <w:sz w:val="24"/>
          <w:szCs w:val="24"/>
          <w:lang w:val="nl-NL"/>
        </w:rPr>
        <w:t xml:space="preserve"> </w:t>
      </w:r>
      <w:proofErr w:type="spellStart"/>
      <w:r w:rsidRPr="00F924E9">
        <w:rPr>
          <w:color w:val="002060"/>
          <w:sz w:val="24"/>
          <w:szCs w:val="24"/>
          <w:lang w:val="nl-NL"/>
        </w:rPr>
        <w:t>the</w:t>
      </w:r>
      <w:proofErr w:type="spellEnd"/>
      <w:r w:rsidRPr="00F924E9">
        <w:rPr>
          <w:color w:val="002060"/>
          <w:sz w:val="24"/>
          <w:szCs w:val="24"/>
          <w:lang w:val="nl-NL"/>
        </w:rPr>
        <w:t xml:space="preserve"> Soul maakt gebruik van sociale media, waaronder Meta-platforms zoals Instagram en Facebook.</w:t>
      </w:r>
    </w:p>
    <w:p w14:paraId="7D985FE8" w14:textId="2C902017" w:rsidR="001A7AF3" w:rsidRPr="00F924E9" w:rsidRDefault="001A7AF3" w:rsidP="001A7AF3">
      <w:pPr>
        <w:rPr>
          <w:color w:val="002060"/>
          <w:sz w:val="24"/>
          <w:szCs w:val="24"/>
          <w:lang w:val="nl-NL"/>
        </w:rPr>
      </w:pPr>
      <w:r w:rsidRPr="00F924E9">
        <w:rPr>
          <w:color w:val="002060"/>
          <w:sz w:val="24"/>
          <w:szCs w:val="24"/>
          <w:lang w:val="nl-NL"/>
        </w:rPr>
        <w:t>Wanneer je via een sociaal</w:t>
      </w:r>
      <w:r w:rsidR="009928B0" w:rsidRPr="00F924E9">
        <w:rPr>
          <w:color w:val="002060"/>
          <w:sz w:val="24"/>
          <w:szCs w:val="24"/>
          <w:lang w:val="nl-NL"/>
        </w:rPr>
        <w:t xml:space="preserve"> </w:t>
      </w:r>
      <w:r w:rsidRPr="00F924E9">
        <w:rPr>
          <w:color w:val="002060"/>
          <w:sz w:val="24"/>
          <w:szCs w:val="24"/>
          <w:lang w:val="nl-NL"/>
        </w:rPr>
        <w:t>media</w:t>
      </w:r>
      <w:r w:rsidR="009928B0" w:rsidRPr="00F924E9">
        <w:rPr>
          <w:color w:val="002060"/>
          <w:sz w:val="24"/>
          <w:szCs w:val="24"/>
          <w:lang w:val="nl-NL"/>
        </w:rPr>
        <w:t xml:space="preserve"> </w:t>
      </w:r>
      <w:r w:rsidRPr="00F924E9">
        <w:rPr>
          <w:color w:val="002060"/>
          <w:sz w:val="24"/>
          <w:szCs w:val="24"/>
          <w:lang w:val="nl-NL"/>
        </w:rPr>
        <w:t xml:space="preserve">platform met </w:t>
      </w:r>
      <w:proofErr w:type="spellStart"/>
      <w:r w:rsidRPr="00F924E9">
        <w:rPr>
          <w:color w:val="002060"/>
          <w:sz w:val="24"/>
          <w:szCs w:val="24"/>
          <w:lang w:val="nl-NL"/>
        </w:rPr>
        <w:t>Uplifting</w:t>
      </w:r>
      <w:proofErr w:type="spellEnd"/>
      <w:r w:rsidRPr="00F924E9">
        <w:rPr>
          <w:color w:val="002060"/>
          <w:sz w:val="24"/>
          <w:szCs w:val="24"/>
          <w:lang w:val="nl-NL"/>
        </w:rPr>
        <w:t xml:space="preserve"> </w:t>
      </w:r>
      <w:proofErr w:type="spellStart"/>
      <w:r w:rsidRPr="00F924E9">
        <w:rPr>
          <w:color w:val="002060"/>
          <w:sz w:val="24"/>
          <w:szCs w:val="24"/>
          <w:lang w:val="nl-NL"/>
        </w:rPr>
        <w:t>the</w:t>
      </w:r>
      <w:proofErr w:type="spellEnd"/>
      <w:r w:rsidRPr="00F924E9">
        <w:rPr>
          <w:color w:val="002060"/>
          <w:sz w:val="24"/>
          <w:szCs w:val="24"/>
          <w:lang w:val="nl-NL"/>
        </w:rPr>
        <w:t xml:space="preserve"> Soul communiceert, verwerkt het betreffende platform zelf persoonsgegevens. Op die verwerking zijn de </w:t>
      </w:r>
      <w:r w:rsidR="009928B0" w:rsidRPr="00F924E9">
        <w:rPr>
          <w:color w:val="002060"/>
          <w:sz w:val="24"/>
          <w:szCs w:val="24"/>
          <w:lang w:val="nl-NL"/>
        </w:rPr>
        <w:t>privacy voorwaarden</w:t>
      </w:r>
      <w:r w:rsidRPr="00F924E9">
        <w:rPr>
          <w:color w:val="002060"/>
          <w:sz w:val="24"/>
          <w:szCs w:val="24"/>
          <w:lang w:val="nl-NL"/>
        </w:rPr>
        <w:t xml:space="preserve"> van het betreffende platform van toepassing.</w:t>
      </w:r>
    </w:p>
    <w:p w14:paraId="59A4422A" w14:textId="77777777" w:rsidR="001A7AF3" w:rsidRPr="00F924E9" w:rsidRDefault="001A7AF3" w:rsidP="001A7AF3">
      <w:pPr>
        <w:rPr>
          <w:color w:val="002060"/>
          <w:sz w:val="24"/>
          <w:szCs w:val="24"/>
          <w:lang w:val="nl-NL"/>
        </w:rPr>
      </w:pPr>
      <w:r w:rsidRPr="00F924E9">
        <w:rPr>
          <w:color w:val="002060"/>
          <w:sz w:val="24"/>
          <w:szCs w:val="24"/>
          <w:lang w:val="nl-NL"/>
        </w:rPr>
        <w:t>Ik heb geen controle over de manier waarop deze platforms persoonsgegevens verwerken.</w:t>
      </w:r>
    </w:p>
    <w:p w14:paraId="59EB76B0" w14:textId="77777777" w:rsidR="001A7AF3" w:rsidRPr="00F924E9" w:rsidRDefault="001A7AF3" w:rsidP="00E123C9">
      <w:pPr>
        <w:rPr>
          <w:color w:val="002060"/>
          <w:sz w:val="24"/>
          <w:szCs w:val="24"/>
          <w:lang w:val="nl-NL"/>
        </w:rPr>
      </w:pPr>
    </w:p>
    <w:p w14:paraId="247723B3" w14:textId="77777777" w:rsidR="001A7AF3" w:rsidRPr="00F924E9" w:rsidRDefault="001A7AF3" w:rsidP="00E123C9">
      <w:pPr>
        <w:rPr>
          <w:color w:val="002060"/>
          <w:sz w:val="24"/>
          <w:szCs w:val="24"/>
          <w:lang w:val="nl-NL"/>
        </w:rPr>
      </w:pPr>
    </w:p>
    <w:p w14:paraId="654E2387" w14:textId="3647F3A7" w:rsidR="001A7AF3" w:rsidRPr="00F924E9" w:rsidRDefault="001A7AF3" w:rsidP="001A7AF3">
      <w:pPr>
        <w:rPr>
          <w:b/>
          <w:bCs/>
          <w:color w:val="002060"/>
          <w:sz w:val="24"/>
          <w:szCs w:val="24"/>
          <w:lang w:val="nl-NL"/>
        </w:rPr>
      </w:pPr>
      <w:r w:rsidRPr="00F924E9">
        <w:rPr>
          <w:b/>
          <w:bCs/>
          <w:color w:val="002060"/>
          <w:sz w:val="24"/>
          <w:szCs w:val="24"/>
          <w:lang w:val="nl-NL"/>
        </w:rPr>
        <w:t>1</w:t>
      </w:r>
      <w:r w:rsidR="006B2962">
        <w:rPr>
          <w:b/>
          <w:bCs/>
          <w:color w:val="002060"/>
          <w:sz w:val="24"/>
          <w:szCs w:val="24"/>
          <w:lang w:val="nl-NL"/>
        </w:rPr>
        <w:t>1</w:t>
      </w:r>
      <w:r w:rsidRPr="00F924E9">
        <w:rPr>
          <w:b/>
          <w:bCs/>
          <w:color w:val="002060"/>
          <w:sz w:val="24"/>
          <w:szCs w:val="24"/>
          <w:lang w:val="nl-NL"/>
        </w:rPr>
        <w:t>. Beveiliging</w:t>
      </w:r>
    </w:p>
    <w:p w14:paraId="01B5E73C" w14:textId="77777777" w:rsidR="001A7AF3" w:rsidRPr="00F924E9" w:rsidRDefault="001A7AF3" w:rsidP="001A7AF3">
      <w:pPr>
        <w:rPr>
          <w:color w:val="002060"/>
          <w:sz w:val="24"/>
          <w:szCs w:val="24"/>
          <w:lang w:val="nl-NL"/>
        </w:rPr>
      </w:pPr>
      <w:r w:rsidRPr="00F924E9">
        <w:rPr>
          <w:color w:val="002060"/>
          <w:sz w:val="24"/>
          <w:szCs w:val="24"/>
          <w:lang w:val="nl-NL"/>
        </w:rPr>
        <w:t>Ik neem passende technische en organisatorische maatregelen om persoonsgegevens te beschermen tegen verlies, onbevoegde toegang, misbruik, wijziging of openbaarmaking.</w:t>
      </w:r>
    </w:p>
    <w:p w14:paraId="3A749F92" w14:textId="77777777" w:rsidR="001A7AF3" w:rsidRPr="00F924E9" w:rsidRDefault="001A7AF3" w:rsidP="001A7AF3">
      <w:pPr>
        <w:rPr>
          <w:color w:val="002060"/>
          <w:sz w:val="24"/>
          <w:szCs w:val="24"/>
          <w:lang w:val="nl-NL"/>
        </w:rPr>
      </w:pPr>
      <w:r w:rsidRPr="00F924E9">
        <w:rPr>
          <w:color w:val="002060"/>
          <w:sz w:val="24"/>
          <w:szCs w:val="24"/>
          <w:lang w:val="nl-NL"/>
        </w:rPr>
        <w:t>Geen enkele methode van gegevensoverdracht of opslag is volledig veilig. Daarom kan ik de absolute veiligheid van persoonsgegevens niet garanderen.</w:t>
      </w:r>
    </w:p>
    <w:p w14:paraId="0EBD961E" w14:textId="302BEC1D" w:rsidR="001A7AF3" w:rsidRPr="00F924E9" w:rsidRDefault="009928B0" w:rsidP="00E123C9">
      <w:pPr>
        <w:rPr>
          <w:color w:val="002060"/>
          <w:sz w:val="24"/>
          <w:szCs w:val="24"/>
          <w:lang w:val="nl-NL"/>
        </w:rPr>
      </w:pPr>
      <w:r w:rsidRPr="00F924E9">
        <w:rPr>
          <w:color w:val="002060"/>
          <w:sz w:val="24"/>
          <w:szCs w:val="24"/>
          <w:lang w:val="nl-NL"/>
        </w:rPr>
        <w:br/>
      </w:r>
    </w:p>
    <w:p w14:paraId="4623D450" w14:textId="77777777" w:rsidR="001A7AF3" w:rsidRPr="00F924E9" w:rsidRDefault="001A7AF3" w:rsidP="00E123C9">
      <w:pPr>
        <w:rPr>
          <w:color w:val="002060"/>
          <w:sz w:val="24"/>
          <w:szCs w:val="24"/>
          <w:lang w:val="nl-NL"/>
        </w:rPr>
      </w:pPr>
    </w:p>
    <w:p w14:paraId="57507001" w14:textId="216EF33F" w:rsidR="001A7AF3" w:rsidRPr="00F924E9" w:rsidRDefault="001A7AF3" w:rsidP="001A7AF3">
      <w:pPr>
        <w:rPr>
          <w:b/>
          <w:bCs/>
          <w:color w:val="002060"/>
          <w:sz w:val="24"/>
          <w:szCs w:val="24"/>
          <w:lang w:val="nl-NL"/>
        </w:rPr>
      </w:pPr>
      <w:r w:rsidRPr="00F924E9">
        <w:rPr>
          <w:b/>
          <w:bCs/>
          <w:color w:val="002060"/>
          <w:sz w:val="24"/>
          <w:szCs w:val="24"/>
          <w:lang w:val="nl-NL"/>
        </w:rPr>
        <w:t>1</w:t>
      </w:r>
      <w:r w:rsidR="006B2962">
        <w:rPr>
          <w:b/>
          <w:bCs/>
          <w:color w:val="002060"/>
          <w:sz w:val="24"/>
          <w:szCs w:val="24"/>
          <w:lang w:val="nl-NL"/>
        </w:rPr>
        <w:t>2</w:t>
      </w:r>
      <w:r w:rsidRPr="00F924E9">
        <w:rPr>
          <w:b/>
          <w:bCs/>
          <w:color w:val="002060"/>
          <w:sz w:val="24"/>
          <w:szCs w:val="24"/>
          <w:lang w:val="nl-NL"/>
        </w:rPr>
        <w:t xml:space="preserve">. Jouw </w:t>
      </w:r>
      <w:proofErr w:type="spellStart"/>
      <w:r w:rsidRPr="00F924E9">
        <w:rPr>
          <w:b/>
          <w:bCs/>
          <w:color w:val="002060"/>
          <w:sz w:val="24"/>
          <w:szCs w:val="24"/>
          <w:lang w:val="nl-NL"/>
        </w:rPr>
        <w:t>privacyrechten</w:t>
      </w:r>
      <w:proofErr w:type="spellEnd"/>
    </w:p>
    <w:p w14:paraId="43E5C209" w14:textId="77777777" w:rsidR="001A7AF3" w:rsidRPr="00F924E9" w:rsidRDefault="001A7AF3" w:rsidP="001A7AF3">
      <w:pPr>
        <w:rPr>
          <w:color w:val="002060"/>
          <w:sz w:val="24"/>
          <w:szCs w:val="24"/>
          <w:lang w:val="nl-NL"/>
        </w:rPr>
      </w:pPr>
      <w:r w:rsidRPr="00F924E9">
        <w:rPr>
          <w:color w:val="002060"/>
          <w:sz w:val="24"/>
          <w:szCs w:val="24"/>
          <w:lang w:val="nl-NL"/>
        </w:rPr>
        <w:t>Je hebt op grond van de AVG verschillende rechten met betrekking tot jouw persoonsgegevens.</w:t>
      </w:r>
    </w:p>
    <w:p w14:paraId="6051ADC8" w14:textId="77777777" w:rsidR="001A7AF3" w:rsidRPr="00F924E9" w:rsidRDefault="001A7AF3" w:rsidP="001A7AF3">
      <w:pPr>
        <w:rPr>
          <w:color w:val="002060"/>
          <w:sz w:val="24"/>
          <w:szCs w:val="24"/>
          <w:lang w:val="nl-NL"/>
        </w:rPr>
      </w:pPr>
      <w:r w:rsidRPr="00F924E9">
        <w:rPr>
          <w:color w:val="002060"/>
          <w:sz w:val="24"/>
          <w:szCs w:val="24"/>
          <w:lang w:val="nl-NL"/>
        </w:rPr>
        <w:t>Je kunt onder voorwaarden:</w:t>
      </w:r>
    </w:p>
    <w:p w14:paraId="3884BBAE" w14:textId="77777777" w:rsidR="001A7AF3" w:rsidRPr="00F924E9" w:rsidRDefault="001A7AF3" w:rsidP="001A7AF3">
      <w:pPr>
        <w:numPr>
          <w:ilvl w:val="0"/>
          <w:numId w:val="15"/>
        </w:numPr>
        <w:rPr>
          <w:color w:val="002060"/>
          <w:sz w:val="24"/>
          <w:szCs w:val="24"/>
          <w:lang w:val="nl-NL"/>
        </w:rPr>
      </w:pPr>
      <w:r w:rsidRPr="00F924E9">
        <w:rPr>
          <w:color w:val="002060"/>
          <w:sz w:val="24"/>
          <w:szCs w:val="24"/>
          <w:lang w:val="nl-NL"/>
        </w:rPr>
        <w:t>inzage vragen in de persoonsgegevens die ik van je verwerk;</w:t>
      </w:r>
    </w:p>
    <w:p w14:paraId="5720DCE0" w14:textId="77777777" w:rsidR="001A7AF3" w:rsidRPr="00F924E9" w:rsidRDefault="001A7AF3" w:rsidP="001A7AF3">
      <w:pPr>
        <w:numPr>
          <w:ilvl w:val="0"/>
          <w:numId w:val="15"/>
        </w:numPr>
        <w:rPr>
          <w:color w:val="002060"/>
          <w:sz w:val="24"/>
          <w:szCs w:val="24"/>
          <w:lang w:val="nl-NL"/>
        </w:rPr>
      </w:pPr>
      <w:r w:rsidRPr="00F924E9">
        <w:rPr>
          <w:color w:val="002060"/>
          <w:sz w:val="24"/>
          <w:szCs w:val="24"/>
          <w:lang w:val="nl-NL"/>
        </w:rPr>
        <w:t>vragen om gegevens te laten corrigeren;</w:t>
      </w:r>
    </w:p>
    <w:p w14:paraId="22C64EF9" w14:textId="77777777" w:rsidR="001A7AF3" w:rsidRPr="00F924E9" w:rsidRDefault="001A7AF3" w:rsidP="001A7AF3">
      <w:pPr>
        <w:numPr>
          <w:ilvl w:val="0"/>
          <w:numId w:val="15"/>
        </w:numPr>
        <w:rPr>
          <w:color w:val="002060"/>
          <w:sz w:val="24"/>
          <w:szCs w:val="24"/>
          <w:lang w:val="nl-NL"/>
        </w:rPr>
      </w:pPr>
      <w:r w:rsidRPr="00F924E9">
        <w:rPr>
          <w:color w:val="002060"/>
          <w:sz w:val="24"/>
          <w:szCs w:val="24"/>
          <w:lang w:val="nl-NL"/>
        </w:rPr>
        <w:t>vragen om gegevens te laten verwijderen;</w:t>
      </w:r>
    </w:p>
    <w:p w14:paraId="2CD078E1" w14:textId="77777777" w:rsidR="001A7AF3" w:rsidRPr="00F924E9" w:rsidRDefault="001A7AF3" w:rsidP="001A7AF3">
      <w:pPr>
        <w:numPr>
          <w:ilvl w:val="0"/>
          <w:numId w:val="15"/>
        </w:numPr>
        <w:rPr>
          <w:color w:val="002060"/>
          <w:sz w:val="24"/>
          <w:szCs w:val="24"/>
          <w:lang w:val="nl-NL"/>
        </w:rPr>
      </w:pPr>
      <w:r w:rsidRPr="00F924E9">
        <w:rPr>
          <w:color w:val="002060"/>
          <w:sz w:val="24"/>
          <w:szCs w:val="24"/>
          <w:lang w:val="nl-NL"/>
        </w:rPr>
        <w:t>bezwaar maken tegen bepaalde verwerkingen;</w:t>
      </w:r>
    </w:p>
    <w:p w14:paraId="54BA2215" w14:textId="77777777" w:rsidR="001A7AF3" w:rsidRPr="00F924E9" w:rsidRDefault="001A7AF3" w:rsidP="001A7AF3">
      <w:pPr>
        <w:numPr>
          <w:ilvl w:val="0"/>
          <w:numId w:val="15"/>
        </w:numPr>
        <w:rPr>
          <w:color w:val="002060"/>
          <w:sz w:val="24"/>
          <w:szCs w:val="24"/>
          <w:lang w:val="nl-NL"/>
        </w:rPr>
      </w:pPr>
      <w:r w:rsidRPr="00F924E9">
        <w:rPr>
          <w:color w:val="002060"/>
          <w:sz w:val="24"/>
          <w:szCs w:val="24"/>
          <w:lang w:val="nl-NL"/>
        </w:rPr>
        <w:t>vragen om beperking van de verwerking;</w:t>
      </w:r>
    </w:p>
    <w:p w14:paraId="03BA7160" w14:textId="77777777" w:rsidR="001A7AF3" w:rsidRPr="00F924E9" w:rsidRDefault="001A7AF3" w:rsidP="001A7AF3">
      <w:pPr>
        <w:numPr>
          <w:ilvl w:val="0"/>
          <w:numId w:val="15"/>
        </w:numPr>
        <w:rPr>
          <w:color w:val="002060"/>
          <w:sz w:val="24"/>
          <w:szCs w:val="24"/>
          <w:lang w:val="nl-NL"/>
        </w:rPr>
      </w:pPr>
      <w:r w:rsidRPr="00F924E9">
        <w:rPr>
          <w:color w:val="002060"/>
          <w:sz w:val="24"/>
          <w:szCs w:val="24"/>
          <w:lang w:val="nl-NL"/>
        </w:rPr>
        <w:lastRenderedPageBreak/>
        <w:t>jouw toestemming intrekken wanneer de verwerking daarop is gebaseerd;</w:t>
      </w:r>
    </w:p>
    <w:p w14:paraId="229C1903" w14:textId="77777777" w:rsidR="001A7AF3" w:rsidRPr="00F924E9" w:rsidRDefault="001A7AF3" w:rsidP="001A7AF3">
      <w:pPr>
        <w:numPr>
          <w:ilvl w:val="0"/>
          <w:numId w:val="15"/>
        </w:numPr>
        <w:rPr>
          <w:color w:val="002060"/>
          <w:sz w:val="24"/>
          <w:szCs w:val="24"/>
          <w:lang w:val="nl-NL"/>
        </w:rPr>
      </w:pPr>
      <w:r w:rsidRPr="00F924E9">
        <w:rPr>
          <w:color w:val="002060"/>
          <w:sz w:val="24"/>
          <w:szCs w:val="24"/>
          <w:lang w:val="nl-NL"/>
        </w:rPr>
        <w:t>onder bepaalde omstandigheden vragen om jouw gegevens aan jou of een andere partij over te dragen.</w:t>
      </w:r>
    </w:p>
    <w:p w14:paraId="59785737" w14:textId="77777777" w:rsidR="001A7AF3" w:rsidRPr="00F924E9" w:rsidRDefault="001A7AF3" w:rsidP="001A7AF3">
      <w:pPr>
        <w:rPr>
          <w:color w:val="002060"/>
          <w:sz w:val="24"/>
          <w:szCs w:val="24"/>
          <w:lang w:val="nl-NL"/>
        </w:rPr>
      </w:pPr>
      <w:r w:rsidRPr="00F924E9">
        <w:rPr>
          <w:color w:val="002060"/>
          <w:sz w:val="24"/>
          <w:szCs w:val="24"/>
          <w:lang w:val="nl-NL"/>
        </w:rPr>
        <w:t>Je kunt hiervoor contact opnemen via:</w:t>
      </w:r>
    </w:p>
    <w:p w14:paraId="78B6ABA0" w14:textId="77777777" w:rsidR="001A7AF3" w:rsidRPr="00F924E9" w:rsidRDefault="001A7AF3" w:rsidP="001A7AF3">
      <w:pPr>
        <w:rPr>
          <w:color w:val="002060"/>
          <w:sz w:val="24"/>
          <w:szCs w:val="24"/>
          <w:lang w:val="nl-NL"/>
        </w:rPr>
      </w:pPr>
      <w:hyperlink r:id="rId10" w:history="1">
        <w:r w:rsidRPr="00F924E9">
          <w:rPr>
            <w:rStyle w:val="Hyperlink"/>
            <w:b/>
            <w:bCs/>
            <w:color w:val="002060"/>
            <w:sz w:val="24"/>
            <w:szCs w:val="24"/>
            <w:lang w:val="nl-NL"/>
          </w:rPr>
          <w:t>info@upliftingthesoul.nl</w:t>
        </w:r>
      </w:hyperlink>
    </w:p>
    <w:p w14:paraId="12E30061" w14:textId="77777777" w:rsidR="001A7AF3" w:rsidRPr="00F924E9" w:rsidRDefault="001A7AF3" w:rsidP="001A7AF3">
      <w:pPr>
        <w:rPr>
          <w:color w:val="002060"/>
          <w:sz w:val="24"/>
          <w:szCs w:val="24"/>
          <w:lang w:val="nl-NL"/>
        </w:rPr>
      </w:pPr>
      <w:r w:rsidRPr="00F924E9">
        <w:rPr>
          <w:color w:val="002060"/>
          <w:sz w:val="24"/>
          <w:szCs w:val="24"/>
          <w:lang w:val="nl-NL"/>
        </w:rPr>
        <w:t>Ik kan je vragen om je identiteit voldoende aan te tonen voordat ik je verzoek behandel. Dit is om te voorkomen dat persoonsgegevens aan de verkeerde persoon worden verstrekt.</w:t>
      </w:r>
    </w:p>
    <w:p w14:paraId="52E6D560" w14:textId="77777777" w:rsidR="001A7AF3" w:rsidRPr="00F924E9" w:rsidRDefault="001A7AF3" w:rsidP="00E123C9">
      <w:pPr>
        <w:rPr>
          <w:color w:val="002060"/>
          <w:sz w:val="24"/>
          <w:szCs w:val="24"/>
          <w:lang w:val="nl-NL"/>
        </w:rPr>
      </w:pPr>
    </w:p>
    <w:p w14:paraId="75765896" w14:textId="77777777" w:rsidR="001A7AF3" w:rsidRPr="00F924E9" w:rsidRDefault="001A7AF3" w:rsidP="00E123C9">
      <w:pPr>
        <w:rPr>
          <w:color w:val="002060"/>
          <w:sz w:val="24"/>
          <w:szCs w:val="24"/>
          <w:lang w:val="nl-NL"/>
        </w:rPr>
      </w:pPr>
    </w:p>
    <w:p w14:paraId="41F30487" w14:textId="32B3E3F1" w:rsidR="001A7AF3" w:rsidRPr="00F924E9" w:rsidRDefault="001A7AF3" w:rsidP="001A7AF3">
      <w:pPr>
        <w:rPr>
          <w:b/>
          <w:bCs/>
          <w:color w:val="002060"/>
          <w:sz w:val="24"/>
          <w:szCs w:val="24"/>
          <w:lang w:val="nl-NL"/>
        </w:rPr>
      </w:pPr>
      <w:r w:rsidRPr="00F924E9">
        <w:rPr>
          <w:b/>
          <w:bCs/>
          <w:color w:val="002060"/>
          <w:sz w:val="24"/>
          <w:szCs w:val="24"/>
          <w:lang w:val="nl-NL"/>
        </w:rPr>
        <w:t>1</w:t>
      </w:r>
      <w:r w:rsidR="006B2962">
        <w:rPr>
          <w:b/>
          <w:bCs/>
          <w:color w:val="002060"/>
          <w:sz w:val="24"/>
          <w:szCs w:val="24"/>
          <w:lang w:val="nl-NL"/>
        </w:rPr>
        <w:t>3</w:t>
      </w:r>
      <w:r w:rsidRPr="00F924E9">
        <w:rPr>
          <w:b/>
          <w:bCs/>
          <w:color w:val="002060"/>
          <w:sz w:val="24"/>
          <w:szCs w:val="24"/>
          <w:lang w:val="nl-NL"/>
        </w:rPr>
        <w:t xml:space="preserve">. Hoe dien je een </w:t>
      </w:r>
      <w:r w:rsidR="009928B0" w:rsidRPr="00F924E9">
        <w:rPr>
          <w:b/>
          <w:bCs/>
          <w:color w:val="002060"/>
          <w:sz w:val="24"/>
          <w:szCs w:val="24"/>
          <w:lang w:val="nl-NL"/>
        </w:rPr>
        <w:t>privacy verzoek</w:t>
      </w:r>
      <w:r w:rsidRPr="00F924E9">
        <w:rPr>
          <w:b/>
          <w:bCs/>
          <w:color w:val="002060"/>
          <w:sz w:val="24"/>
          <w:szCs w:val="24"/>
          <w:lang w:val="nl-NL"/>
        </w:rPr>
        <w:t xml:space="preserve"> in?</w:t>
      </w:r>
    </w:p>
    <w:p w14:paraId="23019027" w14:textId="56D8DB95" w:rsidR="001A7AF3" w:rsidRPr="00F924E9" w:rsidRDefault="001A7AF3" w:rsidP="001A7AF3">
      <w:pPr>
        <w:rPr>
          <w:color w:val="002060"/>
          <w:sz w:val="24"/>
          <w:szCs w:val="24"/>
          <w:lang w:val="nl-NL"/>
        </w:rPr>
      </w:pPr>
      <w:r w:rsidRPr="00F924E9">
        <w:rPr>
          <w:color w:val="002060"/>
          <w:sz w:val="24"/>
          <w:szCs w:val="24"/>
          <w:lang w:val="nl-NL"/>
        </w:rPr>
        <w:t xml:space="preserve">Wil je gebruikmaken van één van jouw </w:t>
      </w:r>
      <w:r w:rsidR="009928B0" w:rsidRPr="00F924E9">
        <w:rPr>
          <w:color w:val="002060"/>
          <w:sz w:val="24"/>
          <w:szCs w:val="24"/>
          <w:lang w:val="nl-NL"/>
        </w:rPr>
        <w:t>privacy rechten</w:t>
      </w:r>
      <w:r w:rsidRPr="00F924E9">
        <w:rPr>
          <w:color w:val="002060"/>
          <w:sz w:val="24"/>
          <w:szCs w:val="24"/>
          <w:lang w:val="nl-NL"/>
        </w:rPr>
        <w:t xml:space="preserve"> of heb je een vraag over de manier waarop ik met jouw persoonsgegevens omga?</w:t>
      </w:r>
    </w:p>
    <w:p w14:paraId="0E03EB3B" w14:textId="77777777" w:rsidR="001A7AF3" w:rsidRPr="00F924E9" w:rsidRDefault="001A7AF3" w:rsidP="001A7AF3">
      <w:pPr>
        <w:rPr>
          <w:color w:val="002060"/>
          <w:sz w:val="24"/>
          <w:szCs w:val="24"/>
          <w:lang w:val="nl-NL"/>
        </w:rPr>
      </w:pPr>
      <w:r w:rsidRPr="00F924E9">
        <w:rPr>
          <w:color w:val="002060"/>
          <w:sz w:val="24"/>
          <w:szCs w:val="24"/>
          <w:lang w:val="nl-NL"/>
        </w:rPr>
        <w:t>Stuur dan een e-mail naar:</w:t>
      </w:r>
    </w:p>
    <w:p w14:paraId="4763FFB7" w14:textId="77777777" w:rsidR="001A7AF3" w:rsidRPr="00F924E9" w:rsidRDefault="001A7AF3" w:rsidP="001A7AF3">
      <w:pPr>
        <w:rPr>
          <w:color w:val="002060"/>
          <w:sz w:val="24"/>
          <w:szCs w:val="24"/>
          <w:lang w:val="nl-NL"/>
        </w:rPr>
      </w:pPr>
      <w:hyperlink r:id="rId11" w:history="1">
        <w:r w:rsidRPr="00F924E9">
          <w:rPr>
            <w:rStyle w:val="Hyperlink"/>
            <w:b/>
            <w:bCs/>
            <w:color w:val="002060"/>
            <w:sz w:val="24"/>
            <w:szCs w:val="24"/>
            <w:lang w:val="nl-NL"/>
          </w:rPr>
          <w:t>info@upliftingthesoul.nl</w:t>
        </w:r>
      </w:hyperlink>
    </w:p>
    <w:p w14:paraId="6255DBAE" w14:textId="77777777" w:rsidR="001A7AF3" w:rsidRPr="00F924E9" w:rsidRDefault="001A7AF3" w:rsidP="001A7AF3">
      <w:pPr>
        <w:rPr>
          <w:color w:val="002060"/>
          <w:sz w:val="24"/>
          <w:szCs w:val="24"/>
          <w:lang w:val="nl-NL"/>
        </w:rPr>
      </w:pPr>
      <w:r w:rsidRPr="00F924E9">
        <w:rPr>
          <w:color w:val="002060"/>
          <w:sz w:val="24"/>
          <w:szCs w:val="24"/>
          <w:lang w:val="nl-NL"/>
        </w:rPr>
        <w:t>Ik probeer je verzoek zo snel mogelijk en uiterlijk binnen de wettelijke termijn te beantwoorden.</w:t>
      </w:r>
    </w:p>
    <w:p w14:paraId="6421EC14" w14:textId="7EF7505B" w:rsidR="001A7AF3" w:rsidRPr="00F924E9" w:rsidRDefault="001A7AF3" w:rsidP="00E123C9">
      <w:pPr>
        <w:rPr>
          <w:color w:val="002060"/>
          <w:sz w:val="24"/>
          <w:szCs w:val="24"/>
          <w:lang w:val="nl-NL"/>
        </w:rPr>
      </w:pPr>
    </w:p>
    <w:p w14:paraId="4FE9CB96" w14:textId="39B77745" w:rsidR="001A7AF3" w:rsidRPr="00F924E9" w:rsidRDefault="001A7AF3" w:rsidP="001A7AF3">
      <w:pPr>
        <w:rPr>
          <w:b/>
          <w:bCs/>
          <w:color w:val="002060"/>
          <w:sz w:val="24"/>
          <w:szCs w:val="24"/>
          <w:lang w:val="nl-NL"/>
        </w:rPr>
      </w:pPr>
      <w:r w:rsidRPr="00F924E9">
        <w:rPr>
          <w:b/>
          <w:bCs/>
          <w:color w:val="002060"/>
          <w:sz w:val="24"/>
          <w:szCs w:val="24"/>
          <w:lang w:val="nl-NL"/>
        </w:rPr>
        <w:t>1</w:t>
      </w:r>
      <w:r w:rsidR="006B2962">
        <w:rPr>
          <w:b/>
          <w:bCs/>
          <w:color w:val="002060"/>
          <w:sz w:val="24"/>
          <w:szCs w:val="24"/>
          <w:lang w:val="nl-NL"/>
        </w:rPr>
        <w:t>4</w:t>
      </w:r>
      <w:r w:rsidRPr="00F924E9">
        <w:rPr>
          <w:b/>
          <w:bCs/>
          <w:color w:val="002060"/>
          <w:sz w:val="24"/>
          <w:szCs w:val="24"/>
          <w:lang w:val="nl-NL"/>
        </w:rPr>
        <w:t>. Klacht</w:t>
      </w:r>
    </w:p>
    <w:p w14:paraId="57341714" w14:textId="77777777" w:rsidR="001A7AF3" w:rsidRPr="00F924E9" w:rsidRDefault="001A7AF3" w:rsidP="001A7AF3">
      <w:pPr>
        <w:rPr>
          <w:color w:val="002060"/>
          <w:sz w:val="24"/>
          <w:szCs w:val="24"/>
          <w:lang w:val="nl-NL"/>
        </w:rPr>
      </w:pPr>
      <w:r w:rsidRPr="00F924E9">
        <w:rPr>
          <w:color w:val="002060"/>
          <w:sz w:val="24"/>
          <w:szCs w:val="24"/>
          <w:lang w:val="nl-NL"/>
        </w:rPr>
        <w:t>Heb je een klacht over de manier waarop ik met jouw persoonsgegevens omga, dan nodig ik je uit om eerst rechtstreeks contact met mij op te nemen.</w:t>
      </w:r>
    </w:p>
    <w:p w14:paraId="04662F17" w14:textId="77777777" w:rsidR="001A7AF3" w:rsidRPr="00F924E9" w:rsidRDefault="001A7AF3" w:rsidP="001A7AF3">
      <w:pPr>
        <w:rPr>
          <w:color w:val="002060"/>
          <w:sz w:val="24"/>
          <w:szCs w:val="24"/>
          <w:lang w:val="nl-NL"/>
        </w:rPr>
      </w:pPr>
      <w:r w:rsidRPr="00F924E9">
        <w:rPr>
          <w:color w:val="002060"/>
          <w:sz w:val="24"/>
          <w:szCs w:val="24"/>
          <w:lang w:val="nl-NL"/>
        </w:rPr>
        <w:t>Je hebt daarnaast het recht om een klacht in te dienen bij de bevoegde toezichthoudende autoriteit.</w:t>
      </w:r>
    </w:p>
    <w:p w14:paraId="0B0ED125" w14:textId="6741DDC2" w:rsidR="001A7AF3" w:rsidRPr="00F924E9" w:rsidRDefault="001A7AF3" w:rsidP="00E123C9">
      <w:pPr>
        <w:rPr>
          <w:color w:val="002060"/>
          <w:sz w:val="24"/>
          <w:szCs w:val="24"/>
          <w:lang w:val="nl-NL"/>
        </w:rPr>
      </w:pPr>
      <w:r w:rsidRPr="00F924E9">
        <w:rPr>
          <w:color w:val="002060"/>
          <w:sz w:val="24"/>
          <w:szCs w:val="24"/>
          <w:lang w:val="nl-NL"/>
        </w:rPr>
        <w:t xml:space="preserve">Voor Nederland is dat de </w:t>
      </w:r>
      <w:r w:rsidRPr="00F924E9">
        <w:rPr>
          <w:b/>
          <w:bCs/>
          <w:color w:val="002060"/>
          <w:sz w:val="24"/>
          <w:szCs w:val="24"/>
          <w:lang w:val="nl-NL"/>
        </w:rPr>
        <w:t>Autoriteit Persoonsgegevens</w:t>
      </w:r>
      <w:r w:rsidRPr="00F924E9">
        <w:rPr>
          <w:color w:val="002060"/>
          <w:sz w:val="24"/>
          <w:szCs w:val="24"/>
          <w:lang w:val="nl-NL"/>
        </w:rPr>
        <w:t>.</w:t>
      </w:r>
    </w:p>
    <w:p w14:paraId="319A1D8A" w14:textId="77777777" w:rsidR="001A7AF3" w:rsidRPr="00F924E9" w:rsidRDefault="001A7AF3" w:rsidP="00E123C9">
      <w:pPr>
        <w:rPr>
          <w:color w:val="002060"/>
          <w:sz w:val="24"/>
          <w:szCs w:val="24"/>
          <w:lang w:val="nl-NL"/>
        </w:rPr>
      </w:pPr>
    </w:p>
    <w:p w14:paraId="2A0BCA0F" w14:textId="5C50F8D0" w:rsidR="001A7AF3" w:rsidRPr="00F924E9" w:rsidRDefault="001A7AF3" w:rsidP="001A7AF3">
      <w:pPr>
        <w:rPr>
          <w:b/>
          <w:bCs/>
          <w:color w:val="002060"/>
          <w:sz w:val="24"/>
          <w:szCs w:val="24"/>
          <w:lang w:val="nl-NL"/>
        </w:rPr>
      </w:pPr>
      <w:r w:rsidRPr="00F924E9">
        <w:rPr>
          <w:b/>
          <w:bCs/>
          <w:color w:val="002060"/>
          <w:sz w:val="24"/>
          <w:szCs w:val="24"/>
          <w:lang w:val="nl-NL"/>
        </w:rPr>
        <w:t>1</w:t>
      </w:r>
      <w:r w:rsidR="006B2962">
        <w:rPr>
          <w:b/>
          <w:bCs/>
          <w:color w:val="002060"/>
          <w:sz w:val="24"/>
          <w:szCs w:val="24"/>
          <w:lang w:val="nl-NL"/>
        </w:rPr>
        <w:t>5</w:t>
      </w:r>
      <w:r w:rsidRPr="00F924E9">
        <w:rPr>
          <w:b/>
          <w:bCs/>
          <w:color w:val="002060"/>
          <w:sz w:val="24"/>
          <w:szCs w:val="24"/>
          <w:lang w:val="nl-NL"/>
        </w:rPr>
        <w:t>. Wijzigingen in deze Privacyverklaring</w:t>
      </w:r>
    </w:p>
    <w:p w14:paraId="21535A06" w14:textId="77777777" w:rsidR="001A7AF3" w:rsidRPr="00F924E9" w:rsidRDefault="001A7AF3" w:rsidP="001A7AF3">
      <w:pPr>
        <w:rPr>
          <w:color w:val="002060"/>
          <w:sz w:val="24"/>
          <w:szCs w:val="24"/>
          <w:lang w:val="nl-NL"/>
        </w:rPr>
      </w:pPr>
      <w:r w:rsidRPr="00F924E9">
        <w:rPr>
          <w:color w:val="002060"/>
          <w:sz w:val="24"/>
          <w:szCs w:val="24"/>
          <w:lang w:val="nl-NL"/>
        </w:rPr>
        <w:t>Ik kan deze Privacyverklaring aanpassen wanneer mijn dienstverlening, website of de toepasselijke wet- en regelgeving verandert.</w:t>
      </w:r>
    </w:p>
    <w:p w14:paraId="15B150FA" w14:textId="77777777" w:rsidR="001A7AF3" w:rsidRPr="00F924E9" w:rsidRDefault="001A7AF3" w:rsidP="001A7AF3">
      <w:pPr>
        <w:rPr>
          <w:color w:val="002060"/>
          <w:sz w:val="24"/>
          <w:szCs w:val="24"/>
          <w:lang w:val="nl-NL"/>
        </w:rPr>
      </w:pPr>
      <w:r w:rsidRPr="00F924E9">
        <w:rPr>
          <w:color w:val="002060"/>
          <w:sz w:val="24"/>
          <w:szCs w:val="24"/>
          <w:lang w:val="nl-NL"/>
        </w:rPr>
        <w:t>De meest actuele versie staat op mijn website.</w:t>
      </w:r>
    </w:p>
    <w:p w14:paraId="4E7C5485" w14:textId="77777777" w:rsidR="001A7AF3" w:rsidRPr="00F924E9" w:rsidRDefault="001A7AF3" w:rsidP="001A7AF3">
      <w:pPr>
        <w:rPr>
          <w:color w:val="002060"/>
          <w:sz w:val="24"/>
          <w:szCs w:val="24"/>
          <w:lang w:val="nl-NL"/>
        </w:rPr>
      </w:pPr>
      <w:r w:rsidRPr="00F924E9">
        <w:rPr>
          <w:color w:val="002060"/>
          <w:sz w:val="24"/>
          <w:szCs w:val="24"/>
          <w:lang w:val="nl-NL"/>
        </w:rPr>
        <w:t>Bij belangrijke wijzigingen zal ik dit, waar nodig, op een passende manier kenbaar maken.</w:t>
      </w:r>
    </w:p>
    <w:p w14:paraId="5F5D72F3" w14:textId="77777777" w:rsidR="001A7AF3" w:rsidRPr="00F924E9" w:rsidRDefault="001A7AF3" w:rsidP="00E123C9">
      <w:pPr>
        <w:rPr>
          <w:color w:val="002060"/>
          <w:sz w:val="24"/>
          <w:szCs w:val="24"/>
          <w:lang w:val="nl-NL"/>
        </w:rPr>
      </w:pPr>
    </w:p>
    <w:p w14:paraId="3BA90410" w14:textId="4EC4BB9B" w:rsidR="001A7AF3" w:rsidRPr="00F924E9" w:rsidRDefault="001A7AF3" w:rsidP="001A7AF3">
      <w:pPr>
        <w:rPr>
          <w:b/>
          <w:bCs/>
          <w:color w:val="002060"/>
          <w:sz w:val="24"/>
          <w:szCs w:val="24"/>
          <w:lang w:val="nl-NL"/>
        </w:rPr>
      </w:pPr>
      <w:r w:rsidRPr="00F924E9">
        <w:rPr>
          <w:b/>
          <w:bCs/>
          <w:color w:val="002060"/>
          <w:sz w:val="24"/>
          <w:szCs w:val="24"/>
          <w:lang w:val="nl-NL"/>
        </w:rPr>
        <w:lastRenderedPageBreak/>
        <w:t>1</w:t>
      </w:r>
      <w:r w:rsidR="006B2962">
        <w:rPr>
          <w:b/>
          <w:bCs/>
          <w:color w:val="002060"/>
          <w:sz w:val="24"/>
          <w:szCs w:val="24"/>
          <w:lang w:val="nl-NL"/>
        </w:rPr>
        <w:t>6</w:t>
      </w:r>
      <w:r w:rsidRPr="00F924E9">
        <w:rPr>
          <w:b/>
          <w:bCs/>
          <w:color w:val="002060"/>
          <w:sz w:val="24"/>
          <w:szCs w:val="24"/>
          <w:lang w:val="nl-NL"/>
        </w:rPr>
        <w:t>. Contact</w:t>
      </w:r>
    </w:p>
    <w:p w14:paraId="5E0DBF44" w14:textId="77777777" w:rsidR="001A7AF3" w:rsidRPr="00F924E9" w:rsidRDefault="001A7AF3" w:rsidP="001A7AF3">
      <w:pPr>
        <w:rPr>
          <w:color w:val="002060"/>
          <w:sz w:val="24"/>
          <w:szCs w:val="24"/>
          <w:lang w:val="nl-NL"/>
        </w:rPr>
      </w:pPr>
      <w:r w:rsidRPr="00F924E9">
        <w:rPr>
          <w:color w:val="002060"/>
          <w:sz w:val="24"/>
          <w:szCs w:val="24"/>
          <w:lang w:val="nl-NL"/>
        </w:rPr>
        <w:t xml:space="preserve">Heb je vragen over deze Privacyverklaring of over de manier waarop </w:t>
      </w:r>
      <w:proofErr w:type="spellStart"/>
      <w:r w:rsidRPr="00F924E9">
        <w:rPr>
          <w:color w:val="002060"/>
          <w:sz w:val="24"/>
          <w:szCs w:val="24"/>
          <w:lang w:val="nl-NL"/>
        </w:rPr>
        <w:t>Uplifting</w:t>
      </w:r>
      <w:proofErr w:type="spellEnd"/>
      <w:r w:rsidRPr="00F924E9">
        <w:rPr>
          <w:color w:val="002060"/>
          <w:sz w:val="24"/>
          <w:szCs w:val="24"/>
          <w:lang w:val="nl-NL"/>
        </w:rPr>
        <w:t xml:space="preserve"> </w:t>
      </w:r>
      <w:proofErr w:type="spellStart"/>
      <w:r w:rsidRPr="00F924E9">
        <w:rPr>
          <w:color w:val="002060"/>
          <w:sz w:val="24"/>
          <w:szCs w:val="24"/>
          <w:lang w:val="nl-NL"/>
        </w:rPr>
        <w:t>the</w:t>
      </w:r>
      <w:proofErr w:type="spellEnd"/>
      <w:r w:rsidRPr="00F924E9">
        <w:rPr>
          <w:color w:val="002060"/>
          <w:sz w:val="24"/>
          <w:szCs w:val="24"/>
          <w:lang w:val="nl-NL"/>
        </w:rPr>
        <w:t xml:space="preserve"> Soul met jouw persoonsgegevens omgaat?</w:t>
      </w:r>
    </w:p>
    <w:p w14:paraId="506F6B4B" w14:textId="77777777" w:rsidR="001A7AF3" w:rsidRPr="00F924E9" w:rsidRDefault="001A7AF3" w:rsidP="001A7AF3">
      <w:pPr>
        <w:rPr>
          <w:color w:val="002060"/>
          <w:sz w:val="24"/>
          <w:szCs w:val="24"/>
          <w:lang w:val="nl-NL"/>
        </w:rPr>
      </w:pPr>
      <w:r w:rsidRPr="00F924E9">
        <w:rPr>
          <w:color w:val="002060"/>
          <w:sz w:val="24"/>
          <w:szCs w:val="24"/>
          <w:lang w:val="nl-NL"/>
        </w:rPr>
        <w:t>Neem dan gerust contact met mij op.</w:t>
      </w:r>
    </w:p>
    <w:p w14:paraId="04240BCF" w14:textId="77777777" w:rsidR="009928B0" w:rsidRPr="00F924E9" w:rsidRDefault="009928B0" w:rsidP="001A7AF3">
      <w:pPr>
        <w:rPr>
          <w:b/>
          <w:bCs/>
          <w:color w:val="002060"/>
          <w:sz w:val="24"/>
          <w:szCs w:val="24"/>
          <w:lang w:val="nl-NL"/>
        </w:rPr>
      </w:pPr>
    </w:p>
    <w:p w14:paraId="5D74030C" w14:textId="0E7A47E0" w:rsidR="001A7AF3" w:rsidRPr="00F924E9" w:rsidRDefault="001A7AF3" w:rsidP="001A7AF3">
      <w:pPr>
        <w:rPr>
          <w:color w:val="002060"/>
          <w:sz w:val="24"/>
          <w:szCs w:val="24"/>
        </w:rPr>
      </w:pPr>
      <w:r w:rsidRPr="00F924E9">
        <w:rPr>
          <w:b/>
          <w:bCs/>
          <w:color w:val="002060"/>
          <w:sz w:val="24"/>
          <w:szCs w:val="24"/>
        </w:rPr>
        <w:t>Uplifting the Soul</w:t>
      </w:r>
      <w:r w:rsidRPr="00F924E9">
        <w:rPr>
          <w:color w:val="002060"/>
          <w:sz w:val="24"/>
          <w:szCs w:val="24"/>
        </w:rPr>
        <w:br/>
      </w:r>
      <w:proofErr w:type="spellStart"/>
      <w:r w:rsidRPr="00F924E9">
        <w:rPr>
          <w:color w:val="002060"/>
          <w:sz w:val="24"/>
          <w:szCs w:val="24"/>
        </w:rPr>
        <w:t>KvK</w:t>
      </w:r>
      <w:proofErr w:type="spellEnd"/>
      <w:r w:rsidRPr="00F924E9">
        <w:rPr>
          <w:color w:val="002060"/>
          <w:sz w:val="24"/>
          <w:szCs w:val="24"/>
        </w:rPr>
        <w:t xml:space="preserve"> 89327756</w:t>
      </w:r>
      <w:r w:rsidRPr="00F924E9">
        <w:rPr>
          <w:color w:val="002060"/>
          <w:sz w:val="24"/>
          <w:szCs w:val="24"/>
        </w:rPr>
        <w:br/>
      </w:r>
      <w:hyperlink r:id="rId12" w:history="1">
        <w:r w:rsidRPr="00F924E9">
          <w:rPr>
            <w:rStyle w:val="Hyperlink"/>
            <w:color w:val="002060"/>
            <w:sz w:val="24"/>
            <w:szCs w:val="24"/>
          </w:rPr>
          <w:t>info@upliftingthesoul.nl</w:t>
        </w:r>
      </w:hyperlink>
      <w:r w:rsidRPr="00F924E9">
        <w:rPr>
          <w:color w:val="002060"/>
          <w:sz w:val="24"/>
          <w:szCs w:val="24"/>
        </w:rPr>
        <w:br/>
        <w:t>upliftingthesoul.nl</w:t>
      </w:r>
    </w:p>
    <w:p w14:paraId="38A89A49" w14:textId="77777777" w:rsidR="001A7AF3" w:rsidRPr="00F924E9" w:rsidRDefault="001A7AF3" w:rsidP="00E123C9">
      <w:pPr>
        <w:rPr>
          <w:color w:val="002060"/>
        </w:rPr>
      </w:pPr>
    </w:p>
    <w:p w14:paraId="7CB0616C" w14:textId="77777777" w:rsidR="001A7AF3" w:rsidRPr="00F924E9" w:rsidRDefault="001A7AF3" w:rsidP="00E123C9">
      <w:pPr>
        <w:rPr>
          <w:color w:val="002060"/>
        </w:rPr>
      </w:pPr>
    </w:p>
    <w:p w14:paraId="4AC1F900" w14:textId="77777777" w:rsidR="009928B0" w:rsidRPr="00F924E9" w:rsidRDefault="009928B0" w:rsidP="00E123C9">
      <w:pPr>
        <w:rPr>
          <w:color w:val="002060"/>
        </w:rPr>
      </w:pPr>
    </w:p>
    <w:p w14:paraId="3E86DB88" w14:textId="3661F6B2" w:rsidR="001A7AF3" w:rsidRPr="001A7AF3" w:rsidRDefault="001A7AF3" w:rsidP="009928B0">
      <w:pPr>
        <w:jc w:val="center"/>
        <w:rPr>
          <w:lang w:val="nl-NL"/>
        </w:rPr>
      </w:pPr>
      <w:proofErr w:type="spellStart"/>
      <w:r w:rsidRPr="00F924E9">
        <w:rPr>
          <w:rFonts w:ascii="Georgia" w:hAnsi="Georgia"/>
          <w:b/>
          <w:color w:val="002060"/>
          <w:sz w:val="62"/>
          <w:lang w:val="nl-NL"/>
        </w:rPr>
        <w:t>Uplifting</w:t>
      </w:r>
      <w:proofErr w:type="spellEnd"/>
      <w:r w:rsidRPr="00F924E9">
        <w:rPr>
          <w:rFonts w:ascii="Georgia" w:hAnsi="Georgia"/>
          <w:b/>
          <w:color w:val="002060"/>
          <w:sz w:val="62"/>
          <w:lang w:val="nl-NL"/>
        </w:rPr>
        <w:br/>
      </w:r>
      <w:proofErr w:type="spellStart"/>
      <w:r w:rsidRPr="00F924E9">
        <w:rPr>
          <w:rFonts w:ascii="Georgia" w:hAnsi="Georgia"/>
          <w:b/>
          <w:bCs/>
          <w:i/>
          <w:color w:val="002060"/>
          <w:sz w:val="44"/>
          <w:szCs w:val="44"/>
          <w:lang w:val="nl-NL"/>
        </w:rPr>
        <w:t>the</w:t>
      </w:r>
      <w:proofErr w:type="spellEnd"/>
      <w:r w:rsidRPr="00F924E9">
        <w:rPr>
          <w:rFonts w:ascii="Georgia" w:hAnsi="Georgia"/>
          <w:b/>
          <w:bCs/>
          <w:i/>
          <w:color w:val="002060"/>
          <w:sz w:val="44"/>
          <w:szCs w:val="44"/>
          <w:lang w:val="nl-NL"/>
        </w:rPr>
        <w:t xml:space="preserve"> Soul</w:t>
      </w:r>
      <w:r w:rsidRPr="00F924E9">
        <w:rPr>
          <w:rFonts w:ascii="Georgia" w:hAnsi="Georgia"/>
          <w:i/>
          <w:color w:val="002060"/>
          <w:sz w:val="38"/>
          <w:lang w:val="nl-NL"/>
        </w:rPr>
        <w:br/>
      </w:r>
      <w:r w:rsidRPr="00E123C9">
        <w:rPr>
          <w:lang w:val="nl-NL"/>
        </w:rPr>
        <w:br/>
      </w:r>
      <w:r w:rsidRPr="00E123C9">
        <w:rPr>
          <w:lang w:val="nl-NL"/>
        </w:rPr>
        <w:br/>
      </w:r>
      <w:r w:rsidRPr="001A7AF3">
        <w:rPr>
          <w:rFonts w:ascii="Georgia" w:hAnsi="Georgia"/>
          <w:i/>
          <w:color w:val="917B66"/>
          <w:sz w:val="24"/>
          <w:szCs w:val="24"/>
          <w:lang w:val="nl-NL"/>
        </w:rPr>
        <w:t>Bewust leven. Verbinden. Groeien.</w:t>
      </w:r>
    </w:p>
    <w:sectPr w:rsidR="001A7AF3" w:rsidRPr="001A7AF3" w:rsidSect="00034616">
      <w:footerReference w:type="default" r:id="rId13"/>
      <w:pgSz w:w="12240" w:h="15840"/>
      <w:pgMar w:top="1361" w:right="1417" w:bottom="124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4D36CA" w14:textId="77777777" w:rsidR="006C6814" w:rsidRDefault="006C6814">
      <w:pPr>
        <w:spacing w:after="0" w:line="240" w:lineRule="auto"/>
      </w:pPr>
      <w:r>
        <w:separator/>
      </w:r>
    </w:p>
  </w:endnote>
  <w:endnote w:type="continuationSeparator" w:id="0">
    <w:p w14:paraId="217A8724" w14:textId="77777777" w:rsidR="006C6814" w:rsidRDefault="006C68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4E63B" w14:textId="5565FF1F" w:rsidR="00363DB0" w:rsidRPr="00E123C9" w:rsidRDefault="008F7E36">
    <w:pPr>
      <w:pStyle w:val="Voettekst"/>
      <w:jc w:val="center"/>
      <w:rPr>
        <w:lang w:val="nl-NL"/>
      </w:rPr>
    </w:pPr>
    <w:proofErr w:type="spellStart"/>
    <w:r w:rsidRPr="00E123C9">
      <w:rPr>
        <w:color w:val="917B66"/>
        <w:sz w:val="17"/>
        <w:lang w:val="nl-NL"/>
      </w:rPr>
      <w:t>Uplifting</w:t>
    </w:r>
    <w:proofErr w:type="spellEnd"/>
    <w:r w:rsidRPr="00E123C9">
      <w:rPr>
        <w:color w:val="917B66"/>
        <w:sz w:val="17"/>
        <w:lang w:val="nl-NL"/>
      </w:rPr>
      <w:t xml:space="preserve"> </w:t>
    </w:r>
    <w:proofErr w:type="spellStart"/>
    <w:r w:rsidRPr="00E123C9">
      <w:rPr>
        <w:color w:val="917B66"/>
        <w:sz w:val="17"/>
        <w:lang w:val="nl-NL"/>
      </w:rPr>
      <w:t>the</w:t>
    </w:r>
    <w:proofErr w:type="spellEnd"/>
    <w:r w:rsidRPr="00E123C9">
      <w:rPr>
        <w:color w:val="917B66"/>
        <w:sz w:val="17"/>
        <w:lang w:val="nl-NL"/>
      </w:rPr>
      <w:t xml:space="preserve"> Soul | </w:t>
    </w:r>
    <w:r w:rsidR="00BD6B14">
      <w:rPr>
        <w:color w:val="917B66"/>
        <w:sz w:val="17"/>
        <w:lang w:val="nl-NL"/>
      </w:rPr>
      <w:t>Privacyverklaring</w:t>
    </w:r>
    <w:r w:rsidRPr="00E123C9">
      <w:rPr>
        <w:color w:val="917B66"/>
        <w:sz w:val="17"/>
        <w:lang w:val="nl-NL"/>
      </w:rPr>
      <w:t xml:space="preserve"> | Versie 1.0   •   </w:t>
    </w:r>
    <w:r>
      <w:fldChar w:fldCharType="begin"/>
    </w:r>
    <w:r w:rsidRPr="00E123C9">
      <w:rPr>
        <w:lang w:val="nl-NL"/>
      </w:rPr>
      <w:instrText>PAGE</w:instrText>
    </w:r>
    <w:r>
      <w:fldChar w:fldCharType="separate"/>
    </w:r>
    <w:r w:rsidR="005718F5" w:rsidRPr="00E123C9">
      <w:rPr>
        <w:noProof/>
        <w:lang w:val="nl-NL"/>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CAC737" w14:textId="77777777" w:rsidR="006C6814" w:rsidRDefault="006C6814">
      <w:pPr>
        <w:spacing w:after="0" w:line="240" w:lineRule="auto"/>
      </w:pPr>
      <w:r>
        <w:separator/>
      </w:r>
    </w:p>
  </w:footnote>
  <w:footnote w:type="continuationSeparator" w:id="0">
    <w:p w14:paraId="261989BA" w14:textId="77777777" w:rsidR="006C6814" w:rsidRDefault="006C681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abstractNum w:abstractNumId="9" w15:restartNumberingAfterBreak="0">
    <w:nsid w:val="08CE6B38"/>
    <w:multiLevelType w:val="multilevel"/>
    <w:tmpl w:val="41A6E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4E32D9"/>
    <w:multiLevelType w:val="multilevel"/>
    <w:tmpl w:val="BE64A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E30898"/>
    <w:multiLevelType w:val="multilevel"/>
    <w:tmpl w:val="B51C7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5B41D8C"/>
    <w:multiLevelType w:val="multilevel"/>
    <w:tmpl w:val="58449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D4C7E19"/>
    <w:multiLevelType w:val="multilevel"/>
    <w:tmpl w:val="C8701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DDC0357"/>
    <w:multiLevelType w:val="multilevel"/>
    <w:tmpl w:val="9EA47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7328374">
    <w:abstractNumId w:val="8"/>
  </w:num>
  <w:num w:numId="2" w16cid:durableId="266891947">
    <w:abstractNumId w:val="6"/>
  </w:num>
  <w:num w:numId="3" w16cid:durableId="54206989">
    <w:abstractNumId w:val="5"/>
  </w:num>
  <w:num w:numId="4" w16cid:durableId="1127551793">
    <w:abstractNumId w:val="4"/>
  </w:num>
  <w:num w:numId="5" w16cid:durableId="1850095806">
    <w:abstractNumId w:val="7"/>
  </w:num>
  <w:num w:numId="6" w16cid:durableId="1592271975">
    <w:abstractNumId w:val="3"/>
  </w:num>
  <w:num w:numId="7" w16cid:durableId="1030688173">
    <w:abstractNumId w:val="2"/>
  </w:num>
  <w:num w:numId="8" w16cid:durableId="334115046">
    <w:abstractNumId w:val="1"/>
  </w:num>
  <w:num w:numId="9" w16cid:durableId="252515989">
    <w:abstractNumId w:val="0"/>
  </w:num>
  <w:num w:numId="10" w16cid:durableId="127865717">
    <w:abstractNumId w:val="12"/>
  </w:num>
  <w:num w:numId="11" w16cid:durableId="1104034424">
    <w:abstractNumId w:val="13"/>
  </w:num>
  <w:num w:numId="12" w16cid:durableId="1555191231">
    <w:abstractNumId w:val="10"/>
  </w:num>
  <w:num w:numId="13" w16cid:durableId="116143523">
    <w:abstractNumId w:val="14"/>
  </w:num>
  <w:num w:numId="14" w16cid:durableId="1625649946">
    <w:abstractNumId w:val="9"/>
  </w:num>
  <w:num w:numId="15" w16cid:durableId="18738833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A7AF3"/>
    <w:rsid w:val="0029639D"/>
    <w:rsid w:val="003135D9"/>
    <w:rsid w:val="00326F90"/>
    <w:rsid w:val="00363DB0"/>
    <w:rsid w:val="005718F5"/>
    <w:rsid w:val="006018AF"/>
    <w:rsid w:val="006B2962"/>
    <w:rsid w:val="006C6814"/>
    <w:rsid w:val="006E416E"/>
    <w:rsid w:val="008A5C1B"/>
    <w:rsid w:val="008F7E36"/>
    <w:rsid w:val="009101AC"/>
    <w:rsid w:val="009928B0"/>
    <w:rsid w:val="00A85B1F"/>
    <w:rsid w:val="00AA1D8D"/>
    <w:rsid w:val="00B47730"/>
    <w:rsid w:val="00BD6B14"/>
    <w:rsid w:val="00C46285"/>
    <w:rsid w:val="00CB0664"/>
    <w:rsid w:val="00D54FC4"/>
    <w:rsid w:val="00DA2D2C"/>
    <w:rsid w:val="00E123C9"/>
    <w:rsid w:val="00E82173"/>
    <w:rsid w:val="00F70B56"/>
    <w:rsid w:val="00F924E9"/>
    <w:rsid w:val="00FA4936"/>
    <w:rsid w:val="00FC4B2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FF52570"/>
  <w14:defaultImageDpi w14:val="300"/>
  <w15:docId w15:val="{6C9AB7AB-0068-4E97-A970-C6357DDDB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pPr>
      <w:spacing w:after="140"/>
    </w:pPr>
    <w:rPr>
      <w:rFonts w:ascii="Aptos" w:hAnsi="Aptos"/>
      <w:sz w:val="21"/>
    </w:rPr>
  </w:style>
  <w:style w:type="paragraph" w:styleId="Kop1">
    <w:name w:val="heading 1"/>
    <w:basedOn w:val="Standaard"/>
    <w:next w:val="Standaard"/>
    <w:link w:val="Kop1Char"/>
    <w:uiPriority w:val="9"/>
    <w:qFormat/>
    <w:rsid w:val="00FC693F"/>
    <w:pPr>
      <w:keepNext/>
      <w:keepLines/>
      <w:spacing w:before="360" w:after="160"/>
      <w:outlineLvl w:val="0"/>
    </w:pPr>
    <w:rPr>
      <w:rFonts w:asciiTheme="majorHAnsi" w:eastAsiaTheme="majorEastAsia" w:hAnsiTheme="majorHAnsi" w:cstheme="majorBidi"/>
      <w:b/>
      <w:bCs/>
      <w:color w:val="1C304E"/>
      <w:sz w:val="34"/>
      <w:szCs w:val="28"/>
    </w:rPr>
  </w:style>
  <w:style w:type="paragraph" w:styleId="Kop2">
    <w:name w:val="heading 2"/>
    <w:basedOn w:val="Standaard"/>
    <w:next w:val="Standaard"/>
    <w:link w:val="Kop2Char"/>
    <w:uiPriority w:val="9"/>
    <w:unhideWhenUsed/>
    <w:qFormat/>
    <w:rsid w:val="00FC693F"/>
    <w:pPr>
      <w:keepNext/>
      <w:keepLines/>
      <w:spacing w:before="240" w:after="100"/>
      <w:outlineLvl w:val="1"/>
    </w:pPr>
    <w:rPr>
      <w:rFonts w:asciiTheme="majorHAnsi" w:eastAsiaTheme="majorEastAsia" w:hAnsiTheme="majorHAnsi" w:cstheme="majorBidi"/>
      <w:b/>
      <w:bCs/>
      <w:color w:val="1C304E"/>
      <w:sz w:val="24"/>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Standaardalinea-lettertype"/>
    <w:uiPriority w:val="99"/>
    <w:unhideWhenUsed/>
    <w:rsid w:val="00D54FC4"/>
    <w:rPr>
      <w:color w:val="0000FF" w:themeColor="hyperlink"/>
      <w:u w:val="single"/>
    </w:rPr>
  </w:style>
  <w:style w:type="character" w:styleId="Onopgelostemelding">
    <w:name w:val="Unresolved Mention"/>
    <w:basedOn w:val="Standaardalinea-lettertype"/>
    <w:uiPriority w:val="99"/>
    <w:semiHidden/>
    <w:unhideWhenUsed/>
    <w:rsid w:val="00D54F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upliftingthesoul.n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fo@upliftingthesoul.n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upliftingthesoul.n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info@upliftingthesoul.nl" TargetMode="External"/><Relationship Id="rId4" Type="http://schemas.openxmlformats.org/officeDocument/2006/relationships/settings" Target="settings.xml"/><Relationship Id="rId9" Type="http://schemas.openxmlformats.org/officeDocument/2006/relationships/hyperlink" Target="mailto:info@upliftingthesoul.n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8</Pages>
  <Words>1336</Words>
  <Characters>7621</Characters>
  <Application>Microsoft Office Word</Application>
  <DocSecurity>0</DocSecurity>
  <Lines>63</Lines>
  <Paragraphs>17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UTS-01 Algemene Voorwaarden</vt:lpstr>
      <vt:lpstr/>
    </vt:vector>
  </TitlesOfParts>
  <Manager/>
  <Company/>
  <LinksUpToDate>false</LinksUpToDate>
  <CharactersWithSpaces>8940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UTS-01 Algemene Voorwaarden</dc:title>
  <dc:subject/>
  <dc:creator>Uplifting the Soul</dc:creator>
  <cp:keywords/>
  <dc:description>generated by python-docx</dc:description>
  <cp:lastModifiedBy>Irien Lalloesingh</cp:lastModifiedBy>
  <cp:revision>9</cp:revision>
  <dcterms:created xsi:type="dcterms:W3CDTF">2026-08-26T13:52:00Z</dcterms:created>
  <dcterms:modified xsi:type="dcterms:W3CDTF">2026-10-13T09:34:00Z</dcterms:modified>
  <cp:category/>
</cp:coreProperties>
</file>